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SOLICITAÇÃO DE REEMBOLSO</w:t>
      </w:r>
    </w:p>
    <w:p/>
    <w:p/>
    <w:p>
      <w:r>
        <w:rPr>
          <w:b/>
          <w:sz w:val="22"/>
        </w:rPr>
        <w:t>DADOS DO SOLICITANTE</w:t>
      </w:r>
    </w:p>
    <w:p/>
    <w:p>
      <w:pPr>
        <w:jc w:val="both"/>
      </w:pPr>
      <w:r>
        <w:rPr>
          <w:b w:val="0"/>
          <w:i w:val="0"/>
          <w:sz w:val="21"/>
        </w:rPr>
        <w:t>Nome completo: ____________________________________________________________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CPF: _____________________________________________________________________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Endereço: _________________________________________________________________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Telefone: _________________________________________________________________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E-mail: __________________________________________________________________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Cargo/Função: _____________________________________________________________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Setor/Departamento: _______________________________________________________</w:t>
      </w:r>
    </w:p>
    <w:p/>
    <w:p/>
    <w:p>
      <w:r>
        <w:rPr>
          <w:b/>
          <w:sz w:val="22"/>
        </w:rPr>
        <w:t>DADOS DA EMPRESA</w:t>
      </w:r>
    </w:p>
    <w:p/>
    <w:p>
      <w:pPr>
        <w:jc w:val="both"/>
      </w:pPr>
      <w:r>
        <w:rPr>
          <w:b w:val="0"/>
          <w:i w:val="0"/>
          <w:sz w:val="21"/>
        </w:rPr>
        <w:t>Nome/Razão social: _________________________________________________________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CNPJ: ____________________________________________________________________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Endereço: _________________________________________________________________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Telefone: _________________________________________________________________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E-mail: __________________________________________________________________</w:t>
      </w:r>
    </w:p>
    <w:p/>
    <w:p/>
    <w:p>
      <w:r>
        <w:rPr>
          <w:b/>
          <w:sz w:val="22"/>
        </w:rPr>
        <w:t>INFORMAÇÕES SOBRE O REEMBOLSO</w:t>
      </w:r>
    </w:p>
    <w:p/>
    <w:p>
      <w:pPr>
        <w:jc w:val="both"/>
      </w:pPr>
      <w:r>
        <w:rPr>
          <w:b w:val="0"/>
          <w:i w:val="0"/>
          <w:sz w:val="21"/>
        </w:rPr>
        <w:t>Data da despesa: __/__/____</w:t>
      </w:r>
    </w:p>
    <w:p>
      <w:pPr>
        <w:jc w:val="both"/>
      </w:pPr>
      <w:r>
        <w:rPr>
          <w:b w:val="0"/>
          <w:i w:val="0"/>
          <w:sz w:val="21"/>
        </w:rPr>
        <w:t>Tipo de despesa: __________________________________________________________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Descrição detalhada da despesa:</w:t>
      </w:r>
    </w:p>
    <w:p>
      <w:pPr>
        <w:jc w:val="both"/>
      </w:pPr>
      <w:r>
        <w:rPr>
          <w:b w:val="0"/>
          <w:i w:val="0"/>
          <w:sz w:val="21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Valor total da despesa: R$ _________________________________</w:t>
      </w:r>
    </w:p>
    <w:p>
      <w:pPr>
        <w:jc w:val="both"/>
      </w:pPr>
      <w:r>
        <w:rPr>
          <w:b w:val="0"/>
          <w:i w:val="0"/>
          <w:sz w:val="21"/>
        </w:rPr>
        <w:t>Forma de pagamento utilizada: ______________________________________________</w:t>
      </w:r>
    </w:p>
    <w:p>
      <w:pPr>
        <w:jc w:val="both"/>
      </w:pPr>
      <w:r>
        <w:rPr>
          <w:b w:val="0"/>
          <w:i w:val="0"/>
          <w:sz w:val="21"/>
        </w:rPr>
        <w:t>Número do comprovante/nota fiscal: _________________________________________</w:t>
      </w:r>
    </w:p>
    <w:p/>
    <w:p/>
    <w:p>
      <w:r>
        <w:rPr>
          <w:b/>
          <w:sz w:val="22"/>
        </w:rPr>
        <w:t>JUSTIFICATIVA PARA REEMBOLSO</w:t>
      </w:r>
    </w:p>
    <w:p/>
    <w:p>
      <w:pPr>
        <w:jc w:val="both"/>
      </w:pPr>
      <w:r>
        <w:rPr>
          <w:b w:val="0"/>
          <w:i w:val="0"/>
          <w:sz w:val="21"/>
        </w:rPr>
        <w:t>Eu, abaixo assinado(a), declaro que as despesas acima descritas foram realizadas</w:t>
      </w:r>
    </w:p>
    <w:p>
      <w:pPr>
        <w:jc w:val="both"/>
      </w:pPr>
      <w:r>
        <w:rPr>
          <w:b w:val="0"/>
          <w:i w:val="0"/>
          <w:sz w:val="21"/>
        </w:rPr>
        <w:t>no exercício de minhas funções para esta empresa e que os valores são verdadeiros</w:t>
      </w:r>
    </w:p>
    <w:p>
      <w:pPr>
        <w:jc w:val="both"/>
      </w:pPr>
      <w:r>
        <w:rPr>
          <w:b w:val="0"/>
          <w:i w:val="0"/>
          <w:sz w:val="21"/>
        </w:rPr>
        <w:t>e correspondem a gastos necessários e autorizados conforme as políticas internas.</w:t>
      </w:r>
    </w:p>
    <w:p>
      <w:pPr>
        <w:jc w:val="both"/>
      </w:pPr>
      <w:r>
        <w:rPr>
          <w:b w:val="0"/>
          <w:i w:val="0"/>
          <w:sz w:val="21"/>
        </w:rPr>
        <w:t>Solicito o reembolso dos valores apresentados, nos termos do acordo e normas vigentes.</w:t>
      </w:r>
    </w:p>
    <w:p/>
    <w:p/>
    <w:p>
      <w:r>
        <w:rPr>
          <w:b/>
          <w:sz w:val="22"/>
        </w:rPr>
        <w:t>DOCUMENTOS ANEXADOS</w:t>
      </w:r>
    </w:p>
    <w:p/>
    <w:p>
      <w:pPr>
        <w:jc w:val="both"/>
      </w:pPr>
      <w:r>
        <w:rPr>
          <w:b w:val="0"/>
          <w:i w:val="0"/>
          <w:sz w:val="21"/>
        </w:rPr>
        <w:t>• Comprovantes fiscais e/ou notas fiscais referentes às despesas mencionadas;</w:t>
      </w:r>
    </w:p>
    <w:p>
      <w:pPr>
        <w:jc w:val="both"/>
      </w:pPr>
      <w:r>
        <w:rPr>
          <w:b w:val="0"/>
          <w:i w:val="0"/>
          <w:sz w:val="21"/>
        </w:rPr>
        <w:t>• Relatórios ou documentos que comprovem a natureza e necessidade da despesa;</w:t>
      </w:r>
    </w:p>
    <w:p>
      <w:pPr>
        <w:jc w:val="both"/>
      </w:pPr>
      <w:r>
        <w:rPr>
          <w:b w:val="0"/>
          <w:i w:val="0"/>
          <w:sz w:val="21"/>
        </w:rPr>
        <w:t>• Outros documentos pertinentes.</w:t>
      </w:r>
    </w:p>
    <w:p/>
    <w:p/>
    <w:p>
      <w:pPr>
        <w:jc w:val="both"/>
      </w:pPr>
      <w:r>
        <w:rPr>
          <w:b w:val="0"/>
          <w:i w:val="0"/>
          <w:sz w:val="21"/>
        </w:rPr>
        <w:t>Nestes termos, pede deferimento.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Local: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sz w:val="20"/>
              </w:rPr>
              <w:t>Data: ____/____/________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_____________________________________</w:t>
              <w:br/>
              <w:t>Assinatura do Solicitante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_____________________________________</w:t>
              <w:br/>
              <w:t>Assinatura do Responsável Financeiro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https://adv-documentos.com/solicitacao-de-reembolso/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solicitacao-de-reembolso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