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NOTIFICAÇÃO DE RESCISÃO DE CONTRATO DE TRABALHO</w:t>
      </w:r>
    </w:p>
    <w:p/>
    <w:p/>
    <w:p>
      <w:r>
        <w:rPr>
          <w:b w:val="0"/>
          <w:sz w:val="22"/>
        </w:rPr>
        <w:t>À</w:t>
      </w:r>
    </w:p>
    <w:p/>
    <w:p>
      <w:r>
        <w:rPr>
          <w:b w:val="0"/>
          <w:sz w:val="22"/>
        </w:rPr>
        <w:t>EMPREGADOR(A): ____________________________________________________________</w:t>
      </w:r>
    </w:p>
    <w:p>
      <w:r>
        <w:rPr>
          <w:b w:val="0"/>
          <w:sz w:val="22"/>
        </w:rPr>
        <w:t>CNPJ: ____________________________________________________________________</w:t>
      </w:r>
    </w:p>
    <w:p>
      <w:r>
        <w:rPr>
          <w:b w:val="0"/>
          <w:sz w:val="22"/>
        </w:rPr>
        <w:t>ENDEREÇO: _________________________________________________________________</w:t>
      </w:r>
    </w:p>
    <w:p/>
    <w:p>
      <w:r>
        <w:rPr>
          <w:b w:val="0"/>
          <w:sz w:val="22"/>
        </w:rPr>
        <w:t>EMPREGADO(A): _____________________________________________________________</w:t>
      </w:r>
    </w:p>
    <w:p>
      <w:r>
        <w:rPr>
          <w:b w:val="0"/>
          <w:sz w:val="22"/>
        </w:rPr>
        <w:t>NACIONALIDADE: ___________________________________________________________</w:t>
      </w:r>
    </w:p>
    <w:p>
      <w:r>
        <w:rPr>
          <w:b w:val="0"/>
          <w:sz w:val="22"/>
        </w:rPr>
        <w:t>ESTADO CIVIL: ____________________________________________________________</w:t>
      </w:r>
    </w:p>
    <w:p>
      <w:r>
        <w:rPr>
          <w:b w:val="0"/>
          <w:sz w:val="22"/>
        </w:rPr>
        <w:t>PROFISSÃO: _______________________________________________________________</w:t>
      </w:r>
    </w:p>
    <w:p>
      <w:r>
        <w:rPr>
          <w:b w:val="0"/>
          <w:sz w:val="22"/>
        </w:rPr>
        <w:t>DOCUMENTO DE IDENTIDADE (RG): ____________________________________________</w:t>
      </w:r>
    </w:p>
    <w:p>
      <w:r>
        <w:rPr>
          <w:b w:val="0"/>
          <w:sz w:val="22"/>
        </w:rPr>
        <w:t>CPF: _____________________________________________________________________</w:t>
      </w:r>
    </w:p>
    <w:p>
      <w:r>
        <w:rPr>
          <w:b w:val="0"/>
          <w:sz w:val="22"/>
        </w:rPr>
        <w:t>CTPS Nº: ______________________ SÉRIE: __________ UF: _____________________</w:t>
      </w:r>
    </w:p>
    <w:p>
      <w:r>
        <w:rPr>
          <w:b w:val="0"/>
          <w:sz w:val="22"/>
        </w:rPr>
        <w:t>DATA DE ADMISSÃO: ___/___/______</w:t>
      </w:r>
    </w:p>
    <w:p/>
    <w:p>
      <w:r>
        <w:rPr>
          <w:b/>
          <w:sz w:val="24"/>
        </w:rPr>
        <w:t>I – DO OBJETO</w:t>
      </w:r>
    </w:p>
    <w:p/>
    <w:p>
      <w:r>
        <w:rPr>
          <w:b w:val="0"/>
          <w:sz w:val="22"/>
        </w:rPr>
        <w:t>A presente notificação tem por objeto comunicar a rescisão do contrato de trabalho, celebrado entre as partes acima identificadas, conforme as disposições legais vigentes na Consolidação das Leis do Trabalho (CLT) e demais normas aplicáveis.</w:t>
      </w:r>
    </w:p>
    <w:p/>
    <w:p>
      <w:r>
        <w:rPr>
          <w:b/>
          <w:sz w:val="24"/>
        </w:rPr>
        <w:t>II – DAS PARTES</w:t>
      </w:r>
    </w:p>
    <w:p/>
    <w:p>
      <w:r>
        <w:rPr>
          <w:b w:val="0"/>
          <w:sz w:val="22"/>
        </w:rPr>
        <w:t>O(a) empregado(a) acima identificado(a) vem a este instrumento informar o término do vínculo empregatício mantido com o empregador acima referido, por iniciativa de ________________ (marcar: empregador / empregado / comum acordo).</w:t>
      </w:r>
    </w:p>
    <w:p/>
    <w:p>
      <w:r>
        <w:rPr>
          <w:b/>
          <w:sz w:val="24"/>
        </w:rPr>
        <w:t>III – DOS FUNDAMENTOS DA RESCISÃO</w:t>
      </w:r>
    </w:p>
    <w:p/>
    <w:p>
      <w:r>
        <w:rPr>
          <w:b w:val="0"/>
          <w:sz w:val="22"/>
        </w:rPr>
        <w:t>A rescisão do contrato de trabalho fundamenta-se nos seguintes motivos:</w:t>
      </w:r>
    </w:p>
    <w:p>
      <w:r>
        <w:rPr>
          <w:b w:val="0"/>
          <w:sz w:val="22"/>
        </w:rPr>
        <w:t>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</w:t>
      </w:r>
    </w:p>
    <w:p/>
    <w:p>
      <w:r>
        <w:rPr>
          <w:b/>
          <w:sz w:val="24"/>
        </w:rPr>
        <w:t>IV – DAS VERBAS RESCISÓRIAS</w:t>
      </w:r>
    </w:p>
    <w:p/>
    <w:p>
      <w:r>
        <w:rPr>
          <w:b w:val="0"/>
          <w:sz w:val="22"/>
        </w:rPr>
        <w:t>Nos termos da legislação trabalhista, o(a) empregado(a) fará jus ao recebimento das seguintes verbas rescisórias:</w:t>
      </w:r>
    </w:p>
    <w:p/>
    <w:p>
      <w:r>
        <w:rPr>
          <w:b w:val="0"/>
          <w:sz w:val="22"/>
        </w:rPr>
        <w:t>- Saldo de salário até a data da rescisão;</w:t>
      </w:r>
    </w:p>
    <w:p>
      <w:r>
        <w:rPr>
          <w:b w:val="0"/>
          <w:sz w:val="22"/>
        </w:rPr>
        <w:t>- Aviso prévio (trabalhado ou indenizado);</w:t>
      </w:r>
    </w:p>
    <w:p>
      <w:r>
        <w:rPr>
          <w:b w:val="0"/>
          <w:sz w:val="22"/>
        </w:rPr>
        <w:t>- Férias vencidas e proporcionais acrescidas de 1/3 constitucional;</w:t>
      </w:r>
    </w:p>
    <w:p>
      <w:r>
        <w:rPr>
          <w:b w:val="0"/>
          <w:sz w:val="22"/>
        </w:rPr>
        <w:t>- 13º salário proporcional;</w:t>
      </w:r>
    </w:p>
    <w:p>
      <w:r>
        <w:rPr>
          <w:b w:val="0"/>
          <w:sz w:val="22"/>
        </w:rPr>
        <w:t>- Multa de 40% sobre o saldo do FGTS;</w:t>
      </w:r>
    </w:p>
    <w:p>
      <w:r>
        <w:rPr>
          <w:b w:val="0"/>
          <w:sz w:val="22"/>
        </w:rPr>
        <w:t>- Liberação do FGTS;</w:t>
      </w:r>
    </w:p>
    <w:p>
      <w:r>
        <w:rPr>
          <w:b w:val="0"/>
          <w:sz w:val="22"/>
        </w:rPr>
        <w:t>- Seguro-desemprego (quando aplicável);</w:t>
      </w:r>
    </w:p>
    <w:p>
      <w:r>
        <w:rPr>
          <w:b w:val="0"/>
          <w:sz w:val="22"/>
        </w:rPr>
        <w:t>- Outras verbas específicas: ________________________________________________</w:t>
      </w:r>
    </w:p>
    <w:p>
      <w:r>
        <w:rPr>
          <w:b w:val="0"/>
          <w:sz w:val="22"/>
        </w:rPr>
        <w:t xml:space="preserve">  ___________________________________________________________________________</w:t>
      </w:r>
    </w:p>
    <w:p/>
    <w:p>
      <w:r>
        <w:rPr>
          <w:b/>
          <w:sz w:val="24"/>
        </w:rPr>
        <w:t>V – DOS PRAZOS E PAGAMENTOS</w:t>
      </w:r>
    </w:p>
    <w:p/>
    <w:p>
      <w:r>
        <w:rPr>
          <w:b w:val="0"/>
          <w:sz w:val="22"/>
        </w:rPr>
        <w:t>O pagamento das verbas rescisórias deverá ser efetuado até o prazo legal de 10 (dez) dias contados da data de término do contrato, sob pena de acréscimos legais previstos na legislação vigente.</w:t>
      </w:r>
    </w:p>
    <w:p/>
    <w:p>
      <w:r>
        <w:rPr>
          <w:b/>
          <w:sz w:val="24"/>
        </w:rPr>
        <w:t>VI – DA HOMOLOGAÇÃO</w:t>
      </w:r>
    </w:p>
    <w:p/>
    <w:p>
      <w:r>
        <w:rPr>
          <w:b w:val="0"/>
          <w:sz w:val="22"/>
        </w:rPr>
        <w:t>Quando exigida, a homologação da rescisão contratual será realizada perante o sindicato da categoria profissional ou no Ministério do Trabalho e Emprego, conforme legislação aplicável.</w:t>
      </w:r>
    </w:p>
    <w:p/>
    <w:p>
      <w:r>
        <w:rPr>
          <w:b/>
          <w:sz w:val="24"/>
        </w:rPr>
        <w:t>VII – DA DEVOLUÇÃO DE BENS E DOCUMENTOS</w:t>
      </w:r>
    </w:p>
    <w:p/>
    <w:p>
      <w:r>
        <w:rPr>
          <w:b w:val="0"/>
          <w:sz w:val="22"/>
        </w:rPr>
        <w:t>O(a) empregado(a) compromete-se a devolver ao empregador todos os bens, documentos, equipamentos e materiais que estejam sob sua posse, relacionados ao exercício da função, até a data da rescisão.</w:t>
      </w:r>
    </w:p>
    <w:p/>
    <w:p>
      <w:r>
        <w:rPr>
          <w:b/>
          <w:sz w:val="24"/>
        </w:rPr>
        <w:t>VIII – DAS DECLARAÇÕES FINAIS</w:t>
      </w:r>
    </w:p>
    <w:p/>
    <w:p>
      <w:r>
        <w:rPr>
          <w:b w:val="0"/>
          <w:sz w:val="22"/>
        </w:rPr>
        <w:t>O(a) empregador(a) declara ter ciência da presente rescisão e das verbas devidas, isentando-se de qualquer obrigação futura decorrente do contrato ora rescindido, excetuando-se as obrigações legais pendentes.</w:t>
      </w:r>
    </w:p>
    <w:p/>
    <w:p>
      <w:r>
        <w:rPr>
          <w:b w:val="0"/>
          <w:sz w:val="22"/>
        </w:rPr>
        <w:t>O(a) empregado(a) declara que recebeu todas as informações necessárias relativas à rescisão contratual e que está ciente dos seus direitos e deveres.</w:t>
      </w:r>
    </w:p>
    <w:p/>
    <w:p>
      <w:r>
        <w:rPr>
          <w:b/>
          <w:sz w:val="24"/>
        </w:rPr>
        <w:t>IX – DOS DOCUMENTOS ENTREGUES</w:t>
      </w:r>
    </w:p>
    <w:p/>
    <w:p>
      <w:r>
        <w:rPr>
          <w:b w:val="0"/>
          <w:sz w:val="22"/>
        </w:rPr>
        <w:t>Juntam-se a esta notificação os seguintes documentos:</w:t>
      </w:r>
    </w:p>
    <w:p>
      <w:r>
        <w:rPr>
          <w:b w:val="0"/>
          <w:sz w:val="22"/>
        </w:rPr>
        <w:t>• Termo de Rescisão de Contrato de Trabalho (TRCT);</w:t>
      </w:r>
    </w:p>
    <w:p>
      <w:r>
        <w:rPr>
          <w:b w:val="0"/>
          <w:sz w:val="22"/>
        </w:rPr>
        <w:t>• Guias para levantamento do FGTS;</w:t>
      </w:r>
    </w:p>
    <w:p>
      <w:r>
        <w:rPr>
          <w:b w:val="0"/>
          <w:sz w:val="22"/>
        </w:rPr>
        <w:t>• Comunicação para habilitação no seguro-desemprego;</w:t>
      </w:r>
    </w:p>
    <w:p>
      <w:r>
        <w:rPr>
          <w:b w:val="0"/>
          <w:sz w:val="22"/>
        </w:rPr>
        <w:t>• Outros documentos pertinentes: ____________________________________________</w:t>
      </w:r>
    </w:p>
    <w:p>
      <w:r>
        <w:rPr>
          <w:b w:val="0"/>
          <w:sz w:val="22"/>
        </w:rPr>
        <w:t xml:space="preserve">  ___________________________________________________________________________</w:t>
      </w:r>
    </w:p>
    <w:p/>
    <w:p>
      <w:r>
        <w:rPr>
          <w:b/>
          <w:sz w:val="24"/>
        </w:rPr>
        <w:t>X – DO FORO</w:t>
      </w:r>
    </w:p>
    <w:p/>
    <w:p>
      <w:r>
        <w:rPr>
          <w:b w:val="0"/>
          <w:sz w:val="22"/>
        </w:rPr>
        <w:t>Para dirimir quaisquer controvérsias oriundas deste instrumento, as partes elegem o foro da comarca de ________________________, renunciando a qualquer outro, por mais privilegiado que seja.</w:t>
      </w:r>
    </w:p>
    <w:p/>
    <w:p>
      <w:r>
        <w:rPr>
          <w:b w:val="0"/>
          <w:sz w:val="22"/>
        </w:rPr>
        <w:t>Nestes termos,</w:t>
      </w:r>
    </w:p>
    <w:p>
      <w:r>
        <w:rPr>
          <w:b w:val="0"/>
          <w:sz w:val="22"/>
        </w:rPr>
        <w:t>Pede deferimento.</w:t>
      </w:r>
    </w:p>
    <w:p/>
    <w:p>
      <w:r>
        <w:rPr>
          <w:b w:val="0"/>
          <w:sz w:val="22"/>
        </w:rPr>
        <w:t>__________________________, __ de ________________________ de ________</w:t>
      </w:r>
    </w:p>
    <w:p>
      <w:r>
        <w:rPr>
          <w:b w:val="0"/>
          <w:sz w:val="22"/>
        </w:rPr>
        <w:t>Local                                                   Data</w:t>
      </w:r>
    </w:p>
    <w:p/>
    <w:p>
      <w:r>
        <w:rPr>
          <w:b w:val="0"/>
          <w:sz w:val="22"/>
        </w:rPr>
        <w:t>______________________________________________</w:t>
      </w:r>
    </w:p>
    <w:p>
      <w:r>
        <w:rPr>
          <w:b w:val="0"/>
          <w:sz w:val="22"/>
        </w:rPr>
        <w:t>Assinatura do(a) Empregado(a)</w:t>
      </w:r>
    </w:p>
    <w:p/>
    <w:p>
      <w:r>
        <w:rPr>
          <w:b w:val="0"/>
          <w:sz w:val="22"/>
        </w:rPr>
        <w:t>______________________________________________</w:t>
      </w:r>
    </w:p>
    <w:p>
      <w:r>
        <w:rPr>
          <w:b w:val="0"/>
          <w:sz w:val="22"/>
        </w:rPr>
        <w:t>Assinatura do(a) Empregador(a) ou representante legal</w:t>
      </w:r>
    </w:p>
    <w:p/>
    <w:p>
      <w:r>
        <w:rPr>
          <w:b w:val="0"/>
          <w:sz w:val="22"/>
        </w:rPr>
        <w:t>Testemunhas:</w:t>
      </w:r>
    </w:p>
    <w:p/>
    <w:p>
      <w:r>
        <w:rPr>
          <w:b w:val="0"/>
          <w:sz w:val="22"/>
        </w:rPr>
        <w:t>1. Nome: ____________________________________  CPF: ________________________</w:t>
      </w:r>
    </w:p>
    <w:p>
      <w:r>
        <w:rPr>
          <w:b w:val="0"/>
          <w:sz w:val="22"/>
        </w:rPr>
        <w:t xml:space="preserve">   Assinatura: _________________________________________________</w:t>
      </w:r>
    </w:p>
    <w:p/>
    <w:p>
      <w:r>
        <w:rPr>
          <w:b w:val="0"/>
          <w:sz w:val="22"/>
        </w:rPr>
        <w:t>2. Nome: ____________________________________  CPF: ________________________</w:t>
      </w:r>
    </w:p>
    <w:p>
      <w:r>
        <w:rPr>
          <w:b w:val="0"/>
          <w:sz w:val="22"/>
        </w:rPr>
        <w:t xml:space="preserve">   Assinatura: _________________________________________________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https://adv-documentos.com/rescisao-de-contrato/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https://adv-documentos.com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adv-documentos.com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v-documentos.com/rescisao-de-contrato/" TargetMode="External"/><Relationship Id="rId10" Type="http://schemas.openxmlformats.org/officeDocument/2006/relationships/hyperlink" Target="https://adv-document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