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</w:t>
      </w:r>
    </w:p>
    <w:p/>
    <w:p/>
    <w:p>
      <w:r>
        <w:rPr>
          <w:b w:val="0"/>
          <w:i w:val="0"/>
          <w:sz w:val="22"/>
        </w:rPr>
        <w:t>OUTORGANTE: ________________________________________________________________,</w:t>
      </w:r>
    </w:p>
    <w:p>
      <w:r>
        <w:rPr>
          <w:b w:val="0"/>
          <w:i w:val="0"/>
          <w:sz w:val="22"/>
        </w:rPr>
        <w:t>nacionalidade ________________, estado civil ___________________, profissão ____________________,</w:t>
      </w:r>
    </w:p>
    <w:p>
      <w:r>
        <w:rPr>
          <w:b w:val="0"/>
          <w:i w:val="0"/>
          <w:sz w:val="22"/>
        </w:rPr>
        <w:t>portador(a) do RG nº ________________________, inscrito(a) no CPF sob nº ________________________,</w:t>
      </w:r>
    </w:p>
    <w:p>
      <w:r>
        <w:rPr>
          <w:b w:val="0"/>
          <w:i w:val="0"/>
          <w:sz w:val="22"/>
        </w:rPr>
        <w:t>residente e domiciliado(a) na ________________________________________________________________,</w:t>
      </w:r>
    </w:p>
    <w:p>
      <w:r>
        <w:rPr>
          <w:b w:val="0"/>
          <w:i w:val="0"/>
          <w:sz w:val="22"/>
        </w:rPr>
        <w:t>número ________, bairro ____________________, município ____________________, CEP ____________,</w:t>
      </w:r>
    </w:p>
    <w:p>
      <w:r>
        <w:rPr>
          <w:b w:val="0"/>
          <w:i w:val="0"/>
          <w:sz w:val="22"/>
        </w:rPr>
        <w:t>estado ____________________.</w:t>
      </w:r>
    </w:p>
    <w:p/>
    <w:p>
      <w:r>
        <w:rPr>
          <w:b w:val="0"/>
          <w:i w:val="0"/>
          <w:sz w:val="22"/>
        </w:rPr>
        <w:t>OUTORGADO: _______________________________________________________________________,</w:t>
      </w:r>
    </w:p>
    <w:p>
      <w:r>
        <w:rPr>
          <w:b w:val="0"/>
          <w:i w:val="0"/>
          <w:sz w:val="22"/>
        </w:rPr>
        <w:t>nacionalidade ________________, estado civil ___________________, profissão ____________________,</w:t>
      </w:r>
    </w:p>
    <w:p>
      <w:r>
        <w:rPr>
          <w:b w:val="0"/>
          <w:i w:val="0"/>
          <w:sz w:val="22"/>
        </w:rPr>
        <w:t>portador(a) do RG nº ________________________, inscrito(a) no CPF sob nº ________________________,</w:t>
      </w:r>
    </w:p>
    <w:p>
      <w:r>
        <w:rPr>
          <w:b w:val="0"/>
          <w:i w:val="0"/>
          <w:sz w:val="22"/>
        </w:rPr>
        <w:t>OAB nº ________________________, com escritório profissional situado à ______________________________,</w:t>
      </w:r>
    </w:p>
    <w:p>
      <w:r>
        <w:rPr>
          <w:b w:val="0"/>
          <w:i w:val="0"/>
          <w:sz w:val="22"/>
        </w:rPr>
        <w:t>número ________, bairro ____________________, município ____________________, CEP ____________,</w:t>
      </w:r>
    </w:p>
    <w:p>
      <w:r>
        <w:rPr>
          <w:b w:val="0"/>
          <w:i w:val="0"/>
          <w:sz w:val="22"/>
        </w:rPr>
        <w:t>estado ____________________.</w:t>
      </w:r>
    </w:p>
    <w:p/>
    <w:p>
      <w:r>
        <w:rPr>
          <w:b w:val="0"/>
          <w:i w:val="0"/>
          <w:sz w:val="22"/>
        </w:rPr>
        <w:t>PODERES: Pelo presente instrumento particular de procuração, o(a) OUTORGANTE nomeia e constitui seu</w:t>
      </w:r>
    </w:p>
    <w:p>
      <w:r>
        <w:rPr>
          <w:b w:val="0"/>
          <w:i w:val="0"/>
          <w:sz w:val="22"/>
        </w:rPr>
        <w:t>ADVOGADO, o(a) OUTORGADO(a), conferindo-lhe poderes para, em seu nome, representá-lo(a), ativa e</w:t>
      </w:r>
    </w:p>
    <w:p>
      <w:r>
        <w:rPr>
          <w:b w:val="0"/>
          <w:i w:val="0"/>
          <w:sz w:val="22"/>
        </w:rPr>
        <w:t>passivamente, judicial e extrajudicialmente, com a cláusula 'ad judicia', podendo para tanto:</w:t>
      </w:r>
    </w:p>
    <w:p/>
    <w:p>
      <w:r>
        <w:rPr>
          <w:b w:val="0"/>
          <w:i w:val="0"/>
          <w:sz w:val="22"/>
        </w:rPr>
        <w:t>1. Propor, contestar, acompanhar, recorrer, desistir, transigir, firmar compromissos e acordos,</w:t>
      </w:r>
    </w:p>
    <w:p>
      <w:r>
        <w:rPr>
          <w:b w:val="0"/>
          <w:i w:val="0"/>
          <w:sz w:val="22"/>
        </w:rPr>
        <w:t xml:space="preserve">   receber e dar quitação;</w:t>
      </w:r>
    </w:p>
    <w:p>
      <w:r>
        <w:rPr>
          <w:b w:val="0"/>
          <w:i w:val="0"/>
          <w:sz w:val="22"/>
        </w:rPr>
        <w:t>2. Requerer e retirar documentos, certidões, alvarás e quaisquer outros papéis;</w:t>
      </w:r>
    </w:p>
    <w:p>
      <w:r>
        <w:rPr>
          <w:b w:val="0"/>
          <w:i w:val="0"/>
          <w:sz w:val="22"/>
        </w:rPr>
        <w:t>3. Assinar petições, substabelecer, com ou sem reserva de poderes;</w:t>
      </w:r>
    </w:p>
    <w:p>
      <w:r>
        <w:rPr>
          <w:b w:val="0"/>
          <w:i w:val="0"/>
          <w:sz w:val="22"/>
        </w:rPr>
        <w:t>4. Praticar todos os atos necessários ao bom e fiel desempenho deste mandato.</w:t>
      </w:r>
    </w:p>
    <w:p/>
    <w:p>
      <w:r>
        <w:rPr>
          <w:b w:val="0"/>
          <w:i w:val="0"/>
          <w:sz w:val="22"/>
        </w:rPr>
        <w:t>O presente mandato é outorgado com a cláusula 'ad judicia' e os poderes especiais previstos nos arts.</w:t>
      </w:r>
    </w:p>
    <w:p>
      <w:r>
        <w:rPr>
          <w:b w:val="0"/>
          <w:i w:val="0"/>
          <w:sz w:val="22"/>
        </w:rPr>
        <w:t>105, 106, 107 e 108 do Código de Processo Civil e demais legislações aplicáveis, inclusive para</w:t>
      </w:r>
    </w:p>
    <w:p>
      <w:r>
        <w:rPr>
          <w:b w:val="0"/>
          <w:i w:val="0"/>
          <w:sz w:val="22"/>
        </w:rPr>
        <w:t>receber e dar quitação, substabelecer no todo ou em parte, com ou sem reserva de poderes.</w:t>
      </w:r>
    </w:p>
    <w:p/>
    <w:p>
      <w:r>
        <w:rPr>
          <w:b w:val="0"/>
          <w:i w:val="0"/>
          <w:sz w:val="22"/>
        </w:rPr>
        <w:t>Local: _____________________________________</w:t>
      </w:r>
    </w:p>
    <w:p/>
    <w:p>
      <w:r>
        <w:rPr>
          <w:b w:val="0"/>
          <w:i w:val="0"/>
          <w:sz w:val="22"/>
        </w:rPr>
        <w:t>Assinatura do(a) Outorgante: ________________________________________________</w:t>
      </w:r>
    </w:p>
    <w:p/>
    <w:p>
      <w:r>
        <w:rPr>
          <w:b w:val="0"/>
          <w:i w:val="0"/>
          <w:sz w:val="22"/>
        </w:rPr>
        <w:t>Assinatura do(a) Outorgado(a): _______________________________________________</w:t>
      </w:r>
    </w:p>
    <w:p/>
    <w:p>
      <w:r>
        <w:rPr>
          <w:b w:val="0"/>
          <w:i w:val="0"/>
          <w:sz w:val="22"/>
        </w:rPr>
        <w:t>Testemunhas:</w:t>
      </w:r>
    </w:p>
    <w:p>
      <w:r>
        <w:rPr>
          <w:b w:val="0"/>
          <w:i w:val="0"/>
          <w:sz w:val="22"/>
        </w:rPr>
        <w:t>1) Nome: ___________________________________   CPF: _________________________   Assinatura: ______________________________</w:t>
      </w:r>
    </w:p>
    <w:p>
      <w:r>
        <w:rPr>
          <w:b w:val="0"/>
          <w:i w:val="0"/>
          <w:sz w:val="22"/>
        </w:rPr>
        <w:t>2) Nome: ___________________________________   CPF: _________________________   Assinatura: ______________________________</w:t>
      </w:r>
    </w:p>
    <w:p/>
    <w:p>
      <w:pPr>
        <w:jc w:val="center"/>
      </w:pPr>
      <w:r>
        <w:rPr>
          <w:b/>
          <w:i w:val="0"/>
          <w:sz w:val="22"/>
        </w:rPr>
        <w:t>OBSERVAÇÕES:</w:t>
      </w:r>
    </w:p>
    <w:p>
      <w:r>
        <w:rPr>
          <w:b w:val="0"/>
          <w:i/>
          <w:sz w:val="22"/>
        </w:rPr>
        <w:t>- Documento válido para todos os fins de direito, inclusive para entrega em órgãos públicos e privados;</w:t>
      </w:r>
    </w:p>
    <w:p>
      <w:r>
        <w:rPr>
          <w:b w:val="0"/>
          <w:i/>
          <w:sz w:val="22"/>
        </w:rPr>
        <w:t>- A assinatura do(a) Outorgante deve ser reconhecida em cartório para validade plena;</w:t>
      </w:r>
    </w:p>
    <w:p>
      <w:r>
        <w:rPr>
          <w:b w:val="0"/>
          <w:i/>
          <w:sz w:val="22"/>
        </w:rPr>
        <w:t>- É recomendável anexar cópias dos documentos pessoais do(a) Outorgante e do(a) Outorgado(a).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https://adv-documentos.com/procuracao-preenchida/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procuracao-preenchida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