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PEDIDO DE BLOQUEIO VIA SISBAJUD</w:t>
      </w:r>
    </w:p>
    <w:p/>
    <w:p/>
    <w:p>
      <w:r>
        <w:rPr>
          <w:b w:val="0"/>
          <w:sz w:val="20"/>
        </w:rPr>
        <w:t>Excelentíssimo(a) Senhor(a) Doutor(a) Juiz(a) de Direito da ____ Vara Cível da Comarca de ____________________________</w:t>
      </w:r>
    </w:p>
    <w:p/>
    <w:p/>
    <w:p>
      <w:r>
        <w:rPr>
          <w:b/>
          <w:sz w:val="22"/>
        </w:rPr>
        <w:t>Requerente:</w:t>
      </w:r>
    </w:p>
    <w:p>
      <w:r>
        <w:rPr>
          <w:b w:val="0"/>
          <w:sz w:val="20"/>
        </w:rPr>
        <w:t>Nome: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</w:t>
      </w:r>
    </w:p>
    <w:p>
      <w:r>
        <w:rPr>
          <w:b w:val="0"/>
          <w:sz w:val="20"/>
        </w:rPr>
        <w:t>CPF: 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CEP: _____________________ Cidade: ___________________ Estado: ________</w:t>
      </w:r>
    </w:p>
    <w:p>
      <w:r>
        <w:rPr>
          <w:b w:val="0"/>
          <w:sz w:val="20"/>
        </w:rPr>
        <w:t>Telefone: 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</w:t>
      </w:r>
    </w:p>
    <w:p/>
    <w:p>
      <w:r>
        <w:rPr>
          <w:b/>
          <w:sz w:val="22"/>
        </w:rPr>
        <w:t>Requerido:</w:t>
      </w:r>
    </w:p>
    <w:p>
      <w:r>
        <w:rPr>
          <w:b w:val="0"/>
          <w:sz w:val="20"/>
        </w:rPr>
        <w:t>Nome/Razão Social: _____________________________________________________</w:t>
      </w:r>
    </w:p>
    <w:p>
      <w:r>
        <w:rPr>
          <w:b w:val="0"/>
          <w:sz w:val="20"/>
        </w:rPr>
        <w:t>CPF/CNPJ: 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</w:t>
      </w:r>
    </w:p>
    <w:p>
      <w:r>
        <w:rPr>
          <w:b w:val="0"/>
          <w:sz w:val="20"/>
        </w:rPr>
        <w:t>CEP: _____________________ Cidade: ___________________ Estado: ________</w:t>
      </w:r>
    </w:p>
    <w:p/>
    <w:p/>
    <w:p>
      <w:r>
        <w:rPr>
          <w:b/>
          <w:sz w:val="22"/>
        </w:rPr>
        <w:t>I - DOS FATOS</w:t>
      </w:r>
    </w:p>
    <w:p>
      <w:r>
        <w:rPr>
          <w:b w:val="0"/>
          <w:sz w:val="20"/>
        </w:rPr>
        <w:t>O requerente ajuizou a ação nº ________________, em trâmite perante este juízo,</w:t>
      </w:r>
    </w:p>
    <w:p>
      <w:r>
        <w:rPr>
          <w:b w:val="0"/>
          <w:sz w:val="20"/>
        </w:rPr>
        <w:t>em que pleiteia a tutela jurisdicional que ora fundamenta o presente pedido.</w:t>
      </w:r>
    </w:p>
    <w:p/>
    <w:p>
      <w:r>
        <w:rPr>
          <w:b w:val="0"/>
          <w:sz w:val="20"/>
        </w:rPr>
        <w:t>Considerando a necessidade de garantir a efetividade da tutela jurisdicional e a satisfação do crédito do requerente,</w:t>
      </w:r>
    </w:p>
    <w:p>
      <w:r>
        <w:rPr>
          <w:b w:val="0"/>
          <w:sz w:val="20"/>
        </w:rPr>
        <w:t>requer-se o bloqueio judicial de ativos financeiros do requerido, conforme previsto no artigo 854 do Código de Processo Civil,</w:t>
      </w:r>
    </w:p>
    <w:p>
      <w:r>
        <w:rPr>
          <w:b w:val="0"/>
          <w:sz w:val="20"/>
        </w:rPr>
        <w:t>utilizando-se o sistema SISBAJUD (Sistema de Bloqueio Judicial de Ativos Financeiros).</w:t>
      </w:r>
    </w:p>
    <w:p/>
    <w:p/>
    <w:p>
      <w:r>
        <w:rPr>
          <w:b/>
          <w:sz w:val="22"/>
        </w:rPr>
        <w:t>II - DO DIREITO</w:t>
      </w:r>
    </w:p>
    <w:p>
      <w:r>
        <w:rPr>
          <w:b w:val="0"/>
          <w:sz w:val="20"/>
        </w:rPr>
        <w:t>O artigo 854 do Código de Processo Civil dispõe sobre a possibilidade de bloqueio de ativos financeiros para garantir a execução,</w:t>
      </w:r>
    </w:p>
    <w:p>
      <w:r>
        <w:rPr>
          <w:b w:val="0"/>
          <w:sz w:val="20"/>
        </w:rPr>
        <w:t>permitindo ao juiz determinar o bloqueio de valores existentes em contas bancárias do executado, como medida eficaz para assegurar a satisfação do crédito.</w:t>
      </w:r>
    </w:p>
    <w:p/>
    <w:p>
      <w:r>
        <w:rPr>
          <w:b w:val="0"/>
          <w:sz w:val="20"/>
        </w:rPr>
        <w:t>O sistema SISBAJUD, instituído pelo Conselho Nacional de Justiça, é o meio eletrônico oficial para a comunicação direta entre o Poder Judiciário e as instituições financeiras,</w:t>
      </w:r>
    </w:p>
    <w:p>
      <w:r>
        <w:rPr>
          <w:b w:val="0"/>
          <w:sz w:val="20"/>
        </w:rPr>
        <w:t>permitindo o bloqueio, desbloqueio e transferência de ativos financeiros de forma rápida e segura.</w:t>
      </w:r>
    </w:p>
    <w:p/>
    <w:p>
      <w:r>
        <w:rPr>
          <w:b w:val="0"/>
          <w:sz w:val="20"/>
        </w:rPr>
        <w:t>Dessa forma, o pedido ora formulado encontra amparo legal e é fundamental para a efetivação da tutela jurisdicional.</w:t>
      </w:r>
    </w:p>
    <w:p/>
    <w:p/>
    <w:p>
      <w:r>
        <w:rPr>
          <w:b/>
          <w:sz w:val="22"/>
        </w:rPr>
        <w:t>III - DO PEDIDO</w:t>
      </w:r>
    </w:p>
    <w:p>
      <w:r>
        <w:rPr>
          <w:b w:val="0"/>
          <w:sz w:val="20"/>
        </w:rPr>
        <w:t>Diante do exposto, requer-se:</w:t>
      </w:r>
    </w:p>
    <w:p>
      <w:r>
        <w:rPr>
          <w:b w:val="0"/>
          <w:sz w:val="20"/>
        </w:rPr>
        <w:t>1. O deferimento do presente pedido para que seja determinado o bloqueio judicial de ativos financeiros do requerido,</w:t>
      </w:r>
    </w:p>
    <w:p>
      <w:r>
        <w:rPr>
          <w:b w:val="0"/>
          <w:sz w:val="20"/>
        </w:rPr>
        <w:t>por meio do sistema SISBAJUD, até o limite de R$ ______________________________ (valor do débito atualizado),</w:t>
      </w:r>
    </w:p>
    <w:p>
      <w:r>
        <w:rPr>
          <w:b w:val="0"/>
          <w:sz w:val="20"/>
        </w:rPr>
        <w:t>nos termos do artigo 854 do Código de Processo Civil;</w:t>
      </w:r>
    </w:p>
    <w:p>
      <w:r>
        <w:rPr>
          <w:b w:val="0"/>
          <w:sz w:val="20"/>
        </w:rPr>
        <w:t>2. A expedição de ofício às instituições financeiras onde o requerido possua conta corrente, poupança, aplicações financeiras ou quaisquer outros ativos,</w:t>
      </w:r>
    </w:p>
    <w:p>
      <w:r>
        <w:rPr>
          <w:b w:val="0"/>
          <w:sz w:val="20"/>
        </w:rPr>
        <w:t>para que informem e bloqueiem os valores correspondentes;</w:t>
      </w:r>
    </w:p>
    <w:p>
      <w:r>
        <w:rPr>
          <w:b w:val="0"/>
          <w:sz w:val="20"/>
        </w:rPr>
        <w:t>3. A intimação do requerido acerca do bloqueio, conforme previsto na legislação vigente;</w:t>
      </w:r>
    </w:p>
    <w:p>
      <w:r>
        <w:rPr>
          <w:b w:val="0"/>
          <w:sz w:val="20"/>
        </w:rPr>
        <w:t>4. A posterior liberação dos valores bloqueados para o pagamento do crédito do requerente, conforme decisão judicial.</w:t>
      </w:r>
    </w:p>
    <w:p/>
    <w:p/>
    <w:p>
      <w:r>
        <w:rPr>
          <w:b/>
          <w:sz w:val="22"/>
        </w:rPr>
        <w:t>IV - DAS INFORMAÇÕES COMPLEMENTARES</w:t>
      </w:r>
    </w:p>
    <w:p>
      <w:r>
        <w:rPr>
          <w:b w:val="0"/>
          <w:sz w:val="20"/>
        </w:rPr>
        <w:t>Informam-se os dados bancários e CPF/CNPJ do requerido para viabilizar o bloqueio:</w:t>
      </w:r>
    </w:p>
    <w:p>
      <w:r>
        <w:rPr>
          <w:b w:val="0"/>
          <w:sz w:val="20"/>
        </w:rPr>
        <w:t>Banco: _________________________________________________________________</w:t>
      </w:r>
    </w:p>
    <w:p>
      <w:r>
        <w:rPr>
          <w:b w:val="0"/>
          <w:sz w:val="20"/>
        </w:rPr>
        <w:t>Agência: _______________________ Conta Corrente: _______________________</w:t>
      </w:r>
    </w:p>
    <w:p>
      <w:r>
        <w:rPr>
          <w:b w:val="0"/>
          <w:sz w:val="20"/>
        </w:rPr>
        <w:t>CPF/CNPJ: ______________________________________________________________</w:t>
      </w:r>
    </w:p>
    <w:p/>
    <w:p/>
    <w:p>
      <w:r>
        <w:rPr>
          <w:b/>
          <w:sz w:val="22"/>
        </w:rPr>
        <w:t>V - DOS DOCUMENTOS ANEXADOS</w:t>
      </w:r>
    </w:p>
    <w:p>
      <w:r>
        <w:rPr>
          <w:b w:val="0"/>
          <w:sz w:val="20"/>
        </w:rPr>
        <w:t>Junta-se aos autos os seguintes documentos:</w:t>
      </w:r>
    </w:p>
    <w:p>
      <w:r>
        <w:rPr>
          <w:b w:val="0"/>
          <w:sz w:val="20"/>
        </w:rPr>
        <w:t>a) Procuração do advogado;</w:t>
      </w:r>
    </w:p>
    <w:p>
      <w:r>
        <w:rPr>
          <w:b w:val="0"/>
          <w:sz w:val="20"/>
        </w:rPr>
        <w:t>b) Cópia da petição inicial e seus anexos;</w:t>
      </w:r>
    </w:p>
    <w:p>
      <w:r>
        <w:rPr>
          <w:b w:val="0"/>
          <w:sz w:val="20"/>
        </w:rPr>
        <w:t>c) Documentos pessoais do requerente;</w:t>
      </w:r>
    </w:p>
    <w:p>
      <w:r>
        <w:rPr>
          <w:b w:val="0"/>
          <w:sz w:val="20"/>
        </w:rPr>
        <w:t>d) Comprovantes e documentos que comprovem a existência do crédito e a necessidade do bloqueio;</w:t>
      </w:r>
    </w:p>
    <w:p>
      <w:r>
        <w:rPr>
          <w:b w:val="0"/>
          <w:sz w:val="20"/>
        </w:rPr>
        <w:t>e) Outros documentos relevantes: __________________________________________</w:t>
      </w:r>
    </w:p>
    <w:p/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/>
    <w:p/>
    <w:p>
      <w:r>
        <w:rPr>
          <w:b w:val="0"/>
          <w:sz w:val="20"/>
        </w:rPr>
        <w:t>______________________________, ____ de ___________________ de ________</w:t>
      </w:r>
    </w:p>
    <w:p/>
    <w:p/>
    <w:p>
      <w:r>
        <w:rPr>
          <w:b w:val="0"/>
          <w:sz w:val="20"/>
        </w:rPr>
        <w:t>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https://adv-documentos.com/pedido-sisbajud/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pedido-sisbajud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