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 SENHOR DOUTOR JUIZ DE DIREITO DA ___ VARA CRIMINAL</w:t>
      </w:r>
    </w:p>
    <w:p/>
    <w:p/>
    <w:p>
      <w:pPr>
        <w:jc w:val="center"/>
      </w:pPr>
      <w:r>
        <w:rPr>
          <w:b/>
          <w:sz w:val="22"/>
        </w:rPr>
        <w:t>Ref.: Pedido de Prisão Domiciliar</w:t>
      </w:r>
    </w:p>
    <w:p/>
    <w:p/>
    <w:p>
      <w:r>
        <w:rPr>
          <w:b/>
          <w:sz w:val="22"/>
        </w:rPr>
        <w:t>Nome do Requerente: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_________________________________________________</w:t>
      </w:r>
    </w:p>
    <w:p>
      <w:r>
        <w:rPr>
          <w:b w:val="0"/>
          <w:sz w:val="22"/>
        </w:rPr>
        <w:t>CPF: _________________________________________________________________________</w:t>
      </w:r>
    </w:p>
    <w:p>
      <w:r>
        <w:rPr>
          <w:b w:val="0"/>
          <w:sz w:val="22"/>
        </w:rPr>
        <w:t>Endereço Residencial: 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______________________________________________________________________</w:t>
      </w:r>
    </w:p>
    <w:p/>
    <w:p>
      <w:r>
        <w:rPr>
          <w:b/>
          <w:sz w:val="22"/>
        </w:rPr>
        <w:t>Processo nº: _________________________________________________________________</w:t>
      </w:r>
    </w:p>
    <w:p>
      <w:r>
        <w:rPr>
          <w:b/>
          <w:sz w:val="22"/>
        </w:rPr>
        <w:t>Réu: ________________________________________________________________________</w:t>
      </w:r>
    </w:p>
    <w:p/>
    <w:p/>
    <w:p>
      <w:r>
        <w:rPr>
          <w:b w:val="0"/>
          <w:sz w:val="22"/>
        </w:rPr>
        <w:t>O(A) requerente acima qualificado(a), atualmente preso(a) nos autos do processo em epígrafe, por intermédio de seu advogado signatário, vem, respeitosamente, à presença de Vossa Excelência, com fundamento no artigo 117 da Lei de Execução Penal (Lei nº 7.210/1984), requerer a concessão de PRISÃO DOMICILIAR, pelas razões de fato e de direito a seguir expostas.</w:t>
      </w:r>
    </w:p>
    <w:p/>
    <w:p>
      <w:pPr>
        <w:jc w:val="center"/>
      </w:pPr>
      <w:r>
        <w:rPr>
          <w:b/>
          <w:sz w:val="24"/>
        </w:rPr>
        <w:t>I - DOS FATOS</w:t>
      </w:r>
    </w:p>
    <w:p/>
    <w:p>
      <w:r>
        <w:rPr>
          <w:b w:val="0"/>
          <w:sz w:val="22"/>
        </w:rPr>
        <w:t>O(A) requerente encontra-se atualmente recolhido(a) em regime fechado no estabelecimento prisional ________________, cumprindo pena de ________________ pelo crime de ________________, conforme sentença transitada em julgado nos autos do processo nº ________________.</w:t>
      </w:r>
    </w:p>
    <w:p/>
    <w:p>
      <w:r>
        <w:rPr>
          <w:b w:val="0"/>
          <w:sz w:val="22"/>
        </w:rPr>
        <w:t>O(A) requerente é pessoa que possui necessidades especiais, conforme documentos médicos anexados, ou ainda, possui condições que recomendam a substituição da prisão em estabelecimento prisional pela prisão domiciliar, tais como:</w:t>
      </w:r>
    </w:p>
    <w:p>
      <w:r>
        <w:rPr>
          <w:b w:val="0"/>
          <w:sz w:val="22"/>
        </w:rPr>
        <w:t>• Idade avançada (a partir de 70 anos);</w:t>
      </w:r>
    </w:p>
    <w:p>
      <w:r>
        <w:rPr>
          <w:b w:val="0"/>
          <w:sz w:val="22"/>
        </w:rPr>
        <w:t>• Doença grave ou condição de saúde que demande tratamento específico e contínuo;</w:t>
      </w:r>
    </w:p>
    <w:p>
      <w:r>
        <w:rPr>
          <w:b w:val="0"/>
          <w:sz w:val="22"/>
        </w:rPr>
        <w:t>• Ser gestante, puérpera ou mãe de criança menor de 12 anos;</w:t>
      </w:r>
    </w:p>
    <w:p>
      <w:r>
        <w:rPr>
          <w:b w:val="0"/>
          <w:sz w:val="22"/>
        </w:rPr>
        <w:t>• Ser responsável exclusivo pelo cuidado de pessoa com deficiência ou idosa;</w:t>
      </w:r>
    </w:p>
    <w:p>
      <w:r>
        <w:rPr>
          <w:b w:val="0"/>
          <w:sz w:val="22"/>
        </w:rPr>
        <w:t>• Outras situações excepcionais que justifiquem a medida.</w:t>
      </w:r>
    </w:p>
    <w:p/>
    <w:p>
      <w:pPr>
        <w:jc w:val="center"/>
      </w:pPr>
      <w:r>
        <w:rPr>
          <w:b/>
          <w:sz w:val="24"/>
        </w:rPr>
        <w:t>II - DO DIREITO</w:t>
      </w:r>
    </w:p>
    <w:p/>
    <w:p>
      <w:r>
        <w:rPr>
          <w:b w:val="0"/>
          <w:sz w:val="22"/>
        </w:rPr>
        <w:t>O artigo 117 da Lei nº 7.210/1984 (Lei de Execução Penal) prevê expressamente a possibilidade de concessão da prisão domiciliar para os presos que se enquadrem nas hipóteses legais, com justificativa fundamentada e respeitando os princípios da dignidade da pessoa humana e da razoabilidade.</w:t>
      </w:r>
    </w:p>
    <w:p/>
    <w:p>
      <w:r>
        <w:rPr>
          <w:b w:val="0"/>
          <w:sz w:val="22"/>
        </w:rPr>
        <w:t>Ademais, o artigo 318 do Código de Processo Penal também autoriza a substituição da prisão preventiva pela domiciliar quando o paciente for:</w:t>
      </w:r>
    </w:p>
    <w:p>
      <w:r>
        <w:rPr>
          <w:b w:val="0"/>
          <w:sz w:val="22"/>
        </w:rPr>
        <w:t>I - maior de 80 anos;</w:t>
      </w:r>
    </w:p>
    <w:p>
      <w:r>
        <w:rPr>
          <w:b w:val="0"/>
          <w:sz w:val="22"/>
        </w:rPr>
        <w:t>II - extremamente debilitado por motivo de doença grave;</w:t>
      </w:r>
    </w:p>
    <w:p>
      <w:r>
        <w:rPr>
          <w:b w:val="0"/>
          <w:sz w:val="22"/>
        </w:rPr>
        <w:t>III - imprescindível aos cuidados especiais de pessoa menor de seis anos de idade ou com deficiência.</w:t>
      </w:r>
    </w:p>
    <w:p/>
    <w:p>
      <w:r>
        <w:rPr>
          <w:b w:val="0"/>
          <w:sz w:val="22"/>
        </w:rPr>
        <w:t>O Superior Tribunal de Justiça e o Supremo Tribunal Federal têm consolidado o entendimento no sentido da proteção dos direitos fundamentais do preso, especialmente quando a permanência no cárcere pode acarretar risco à saúde ou inviabilizar o convívio familiar necessário.</w:t>
      </w:r>
    </w:p>
    <w:p/>
    <w:p>
      <w:r>
        <w:rPr>
          <w:b w:val="0"/>
          <w:sz w:val="22"/>
        </w:rPr>
        <w:t>Dessa forma, preenchidos os requisitos legais e demonstrada a necessidade e adequação da medida, requer-se a concessão da prisão domiciliar ao(à) requerente.</w:t>
      </w:r>
    </w:p>
    <w:p/>
    <w:p>
      <w:pPr>
        <w:jc w:val="center"/>
      </w:pPr>
      <w:r>
        <w:rPr>
          <w:b/>
          <w:sz w:val="24"/>
        </w:rPr>
        <w:t>III - DOS PEDIDOS</w:t>
      </w:r>
    </w:p>
    <w:p/>
    <w:p>
      <w:r>
        <w:rPr>
          <w:b w:val="0"/>
          <w:sz w:val="22"/>
        </w:rPr>
        <w:t>Ante o exposto, requer-se a Vossa Excelência:</w:t>
      </w:r>
    </w:p>
    <w:p>
      <w:r>
        <w:rPr>
          <w:b w:val="0"/>
          <w:sz w:val="22"/>
        </w:rPr>
        <w:t>1. Que seja concedida a PRISÃO DOMICILIAR ao(à) requerente, nos termos do artigo 117 da Lei nº 7.210/1984 e artigo 318 do Código de Processo Penal;</w:t>
      </w:r>
    </w:p>
    <w:p>
      <w:r>
        <w:rPr>
          <w:b w:val="0"/>
          <w:sz w:val="22"/>
        </w:rPr>
        <w:t>2. A expedição do alvará de soltura domiciliar, com as devidas cautelas e condições que Vossa Excelência entender cabíveis;</w:t>
      </w:r>
    </w:p>
    <w:p>
      <w:r>
        <w:rPr>
          <w:b w:val="0"/>
          <w:sz w:val="22"/>
        </w:rPr>
        <w:t>3. A intimação do Ministério Público para que se manifeste sobre o presente pedido;</w:t>
      </w:r>
    </w:p>
    <w:p>
      <w:r>
        <w:rPr>
          <w:b w:val="0"/>
          <w:sz w:val="22"/>
        </w:rPr>
        <w:t>4. A juntada dos documentos médicos e demais provas que instruem esta petição.</w:t>
      </w:r>
    </w:p>
    <w:p/>
    <w:p>
      <w:r>
        <w:rPr>
          <w:b w:val="0"/>
          <w:sz w:val="22"/>
        </w:rPr>
        <w:t>Termos em que,</w:t>
      </w:r>
    </w:p>
    <w:p>
      <w:r>
        <w:rPr>
          <w:b w:val="0"/>
          <w:sz w:val="22"/>
        </w:rPr>
        <w:t>Pede deferimento.</w:t>
      </w:r>
    </w:p>
    <w:p/>
    <w:p/>
    <w:p>
      <w:r>
        <w:rPr>
          <w:b w:val="0"/>
          <w:sz w:val="22"/>
        </w:rPr>
        <w:t>Localidade, ______ de ____________________ de ________</w:t>
      </w:r>
    </w:p>
    <w:p/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https://adv-documentos.com/pedido-de-prisao-domiciliar/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pedido-de-prisao-domiciliar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