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PARECER TÉCNICO</w:t>
      </w:r>
    </w:p>
    <w:p/>
    <w:p>
      <w:r>
        <w:rPr>
          <w:b/>
          <w:sz w:val="20"/>
        </w:rPr>
        <w:t>I – IDENTIFICAÇÃO DAS PARTES</w:t>
      </w:r>
    </w:p>
    <w:p/>
    <w:p>
      <w:r>
        <w:rPr>
          <w:b w:val="0"/>
          <w:sz w:val="20"/>
        </w:rPr>
        <w:t>Solicitante: 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Técnico Responsável: _____________________________________________________</w:t>
      </w:r>
    </w:p>
    <w:p>
      <w:r>
        <w:rPr>
          <w:b w:val="0"/>
          <w:sz w:val="20"/>
        </w:rPr>
        <w:t>Registro Profissional (CREA/CAU/Outro): 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/>
    <w:p>
      <w:r>
        <w:rPr>
          <w:b/>
          <w:sz w:val="20"/>
        </w:rPr>
        <w:t>II – INTRODUÇÃO</w:t>
      </w:r>
    </w:p>
    <w:p/>
    <w:p>
      <w:pPr>
        <w:ind w:firstLine="360"/>
      </w:pPr>
      <w:r>
        <w:rPr>
          <w:b w:val="0"/>
          <w:sz w:val="20"/>
        </w:rPr>
        <w:t>Este parecer técnico tem por finalidade analisar e emitir opinião especializada sobre _________________________________________________________________.</w:t>
      </w:r>
    </w:p>
    <w:p>
      <w:pPr>
        <w:ind w:firstLine="360"/>
      </w:pPr>
      <w:r>
        <w:rPr>
          <w:b w:val="0"/>
          <w:sz w:val="20"/>
        </w:rPr>
        <w:t>O presente documento foi elaborado com base na análise dos documentos fornecidos, inspeção técnica, normas técnicas aplicáveis e legislação vigente.</w:t>
      </w:r>
    </w:p>
    <w:p/>
    <w:p/>
    <w:p>
      <w:r>
        <w:rPr>
          <w:b/>
          <w:sz w:val="20"/>
        </w:rPr>
        <w:t>III – DESCRIÇÃO DOS FATOS</w:t>
      </w:r>
    </w:p>
    <w:p/>
    <w:p>
      <w:pPr>
        <w:ind w:firstLine="360"/>
      </w:pPr>
      <w:r>
        <w:rPr>
          <w:b w:val="0"/>
          <w:sz w:val="20"/>
        </w:rPr>
        <w:t>Conforme solicitado, foram examinados os seguintes aspectos relacionados ao objeto deste parecer:</w:t>
      </w:r>
    </w:p>
    <w:p>
      <w:r>
        <w:rPr>
          <w:b w:val="0"/>
          <w:sz w:val="20"/>
        </w:rPr>
        <w:t>- 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Adicionalmente, foram consideradas as condições ambientais, operacionais e quaisquer outras informações relevantes para a correta avaliação técnica.</w:t>
      </w:r>
    </w:p>
    <w:p/>
    <w:p/>
    <w:p>
      <w:r>
        <w:rPr>
          <w:b/>
          <w:sz w:val="20"/>
        </w:rPr>
        <w:t>IV – METODOLOGIA</w:t>
      </w:r>
    </w:p>
    <w:p/>
    <w:p>
      <w:pPr>
        <w:ind w:firstLine="360"/>
      </w:pPr>
      <w:r>
        <w:rPr>
          <w:b w:val="0"/>
          <w:sz w:val="20"/>
        </w:rPr>
        <w:t>A análise foi realizada mediante:</w:t>
      </w:r>
    </w:p>
    <w:p>
      <w:r>
        <w:rPr>
          <w:b w:val="0"/>
          <w:sz w:val="20"/>
        </w:rPr>
        <w:t>- Visita técnica in loco para inspeção e coleta de dados;</w:t>
      </w:r>
    </w:p>
    <w:p>
      <w:r>
        <w:rPr>
          <w:b w:val="0"/>
          <w:sz w:val="20"/>
        </w:rPr>
        <w:t>- Avaliação documental, incluindo relatórios anteriores, projetos e normas aplicáveis;</w:t>
      </w:r>
    </w:p>
    <w:p>
      <w:r>
        <w:rPr>
          <w:b w:val="0"/>
          <w:sz w:val="20"/>
        </w:rPr>
        <w:t>- Aplicação das normas técnicas brasileiras e legislação pertinente;</w:t>
      </w:r>
    </w:p>
    <w:p>
      <w:pPr>
        <w:ind w:firstLine="360"/>
      </w:pPr>
      <w:r>
        <w:rPr>
          <w:b w:val="0"/>
          <w:sz w:val="20"/>
        </w:rPr>
        <w:t>- Utilização de equipamentos e instrumentos devidamente calibrados e certificados.</w:t>
      </w:r>
    </w:p>
    <w:p/>
    <w:p/>
    <w:p>
      <w:r>
        <w:rPr>
          <w:b/>
          <w:sz w:val="20"/>
        </w:rPr>
        <w:t>V – ANÁLISE TÉCNICA</w:t>
      </w:r>
    </w:p>
    <w:p/>
    <w:p>
      <w:pPr>
        <w:ind w:firstLine="360"/>
      </w:pPr>
      <w:r>
        <w:rPr>
          <w:b w:val="0"/>
          <w:sz w:val="20"/>
        </w:rPr>
        <w:t>Após a avaliação detalhada, constata-se que:</w:t>
      </w:r>
    </w:p>
    <w:p>
      <w:r>
        <w:rPr>
          <w:b w:val="0"/>
          <w:sz w:val="20"/>
        </w:rPr>
        <w:t>1. 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As evidências coletadas indicam que ______________________________________________________________.</w:t>
      </w:r>
    </w:p>
    <w:p/>
    <w:p/>
    <w:p>
      <w:r>
        <w:rPr>
          <w:b/>
          <w:sz w:val="20"/>
        </w:rPr>
        <w:t>VI – CONCLUSÕES</w:t>
      </w:r>
    </w:p>
    <w:p/>
    <w:p>
      <w:pPr>
        <w:ind w:firstLine="360"/>
      </w:pPr>
      <w:r>
        <w:rPr>
          <w:b w:val="0"/>
          <w:sz w:val="20"/>
        </w:rPr>
        <w:t>Diante do exposto, conclui-se que: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Este parecer técnico foi elaborado com base em informações e dados disponíveis até o momento, estando sujeito a revisões caso novas informações sejam apresentadas.</w:t>
      </w:r>
    </w:p>
    <w:p/>
    <w:p/>
    <w:p>
      <w:r>
        <w:rPr>
          <w:b/>
          <w:sz w:val="20"/>
        </w:rPr>
        <w:t>VII – RECOMENDAÇÕES</w:t>
      </w:r>
    </w:p>
    <w:p/>
    <w:p>
      <w:pPr>
        <w:ind w:firstLine="360"/>
      </w:pPr>
      <w:r>
        <w:rPr>
          <w:b w:val="0"/>
          <w:sz w:val="20"/>
        </w:rPr>
        <w:t>Recomenda-se: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</w:t>
      </w:r>
    </w:p>
    <w:p/>
    <w:p/>
    <w:p>
      <w:r>
        <w:rPr>
          <w:b/>
          <w:sz w:val="20"/>
        </w:rPr>
        <w:t>VIII – REFERÊNCIAS</w:t>
      </w:r>
    </w:p>
    <w:p/>
    <w:p>
      <w:r>
        <w:rPr>
          <w:b w:val="0"/>
          <w:sz w:val="20"/>
        </w:rPr>
        <w:t>1. Normas Técnicas ABNT: ____________________________________________________</w:t>
      </w:r>
    </w:p>
    <w:p>
      <w:r>
        <w:rPr>
          <w:b w:val="0"/>
          <w:sz w:val="20"/>
        </w:rPr>
        <w:t>2. Legislação vigente: ______________________________________________________</w:t>
      </w:r>
    </w:p>
    <w:p>
      <w:r>
        <w:rPr>
          <w:b w:val="0"/>
          <w:sz w:val="20"/>
        </w:rPr>
        <w:t>3. Documentação analisada: __________________________________________________</w:t>
      </w:r>
    </w:p>
    <w:p>
      <w:r>
        <w:rPr>
          <w:b w:val="0"/>
          <w:sz w:val="20"/>
        </w:rPr>
        <w:t>4. Outros documentos e fontes consultadas: ___________________________________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Assinatura do Técnico Responsável</w:t>
      </w:r>
    </w:p>
    <w:p/>
    <w:p>
      <w:pPr>
        <w:jc w:val="center"/>
      </w:pPr>
      <w:r>
        <w:rPr>
          <w:b w:val="0"/>
          <w:sz w:val="20"/>
        </w:rPr>
        <w:t>Nome: ______________________________________________________________</w:t>
      </w:r>
    </w:p>
    <w:p>
      <w:pPr>
        <w:jc w:val="center"/>
      </w:pPr>
      <w:r>
        <w:rPr>
          <w:b w:val="0"/>
          <w:sz w:val="20"/>
        </w:rPr>
        <w:t>Registro Profissional: 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https://adv-documentos.com/parecer-tecnico/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parecer-tecnic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