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i w:val="0"/>
          <w:sz w:val="22"/>
        </w:rPr>
        <w:t>IGREJA EVANGÉLICA DE DEUS</w:t>
      </w:r>
    </w:p>
    <w:p>
      <w:pPr>
        <w:jc w:val="center"/>
      </w:pPr>
      <w:r>
        <w:rPr>
          <w:b w:val="0"/>
          <w:i w:val="0"/>
          <w:sz w:val="22"/>
        </w:rPr>
        <w:t>CNPJ: __.___.___/____-__</w:t>
      </w:r>
    </w:p>
    <w:p>
      <w:pPr>
        <w:jc w:val="center"/>
      </w:pPr>
      <w:r>
        <w:rPr>
          <w:b w:val="0"/>
          <w:i w:val="0"/>
          <w:sz w:val="22"/>
        </w:rPr>
        <w:t>Endereço: Rua das Flores, nº 123, Bairro Central, Cidade - UF</w:t>
      </w:r>
    </w:p>
    <w:p>
      <w:pPr>
        <w:jc w:val="center"/>
      </w:pPr>
      <w:r>
        <w:rPr>
          <w:b w:val="0"/>
          <w:i w:val="0"/>
          <w:sz w:val="22"/>
        </w:rPr>
        <w:t>Telefone: (00) 0000-0000 | E-mail: contato@igrejaexemplo.org.br</w:t>
      </w:r>
    </w:p>
    <w:p/>
    <w:p/>
    <w:p>
      <w:pPr>
        <w:jc w:val="center"/>
      </w:pPr>
      <w:r>
        <w:rPr>
          <w:b/>
          <w:sz w:val="24"/>
        </w:rPr>
        <w:t>OFÍCIO Nº ______/____</w:t>
      </w:r>
    </w:p>
    <w:p/>
    <w:p>
      <w:pPr>
        <w:jc w:val="both"/>
      </w:pPr>
      <w:r>
        <w:rPr>
          <w:b w:val="0"/>
          <w:i w:val="0"/>
          <w:sz w:val="22"/>
        </w:rPr>
        <w:t>Cidade - UF, _____ de _______________ de ______</w:t>
      </w:r>
    </w:p>
    <w:p/>
    <w:p/>
    <w:p>
      <w:pPr>
        <w:jc w:val="both"/>
      </w:pPr>
      <w:r>
        <w:rPr>
          <w:b w:val="0"/>
          <w:i w:val="0"/>
          <w:sz w:val="22"/>
        </w:rPr>
        <w:t>À</w:t>
      </w:r>
    </w:p>
    <w:p>
      <w:pPr>
        <w:jc w:val="both"/>
      </w:pPr>
      <w:r>
        <w:rPr>
          <w:b w:val="0"/>
          <w:i w:val="0"/>
          <w:sz w:val="22"/>
        </w:rPr>
        <w:t>Ilmo.(a) Sr.(a) Pastor(a) / Líder da Igreja _______</w:t>
      </w:r>
    </w:p>
    <w:p>
      <w:pPr>
        <w:jc w:val="both"/>
      </w:pPr>
      <w:r>
        <w:rPr>
          <w:b w:val="0"/>
          <w:i w:val="0"/>
          <w:sz w:val="22"/>
        </w:rPr>
        <w:t>Endereço: ________________________________________________</w:t>
      </w:r>
    </w:p>
    <w:p>
      <w:pPr>
        <w:jc w:val="both"/>
      </w:pPr>
      <w:r>
        <w:rPr>
          <w:b w:val="0"/>
          <w:i w:val="0"/>
          <w:sz w:val="22"/>
        </w:rPr>
        <w:t>Cidade - UF</w:t>
      </w:r>
    </w:p>
    <w:p/>
    <w:p/>
    <w:p>
      <w:pPr>
        <w:jc w:val="both"/>
      </w:pPr>
      <w:r>
        <w:rPr>
          <w:b/>
          <w:i w:val="0"/>
          <w:sz w:val="22"/>
        </w:rPr>
        <w:t>Assunto: Solicitação / Comunicação Oficial</w:t>
      </w:r>
    </w:p>
    <w:p/>
    <w:p>
      <w:pPr>
        <w:jc w:val="both"/>
      </w:pPr>
      <w:r>
        <w:rPr>
          <w:b w:val="0"/>
          <w:i w:val="0"/>
          <w:sz w:val="22"/>
        </w:rPr>
        <w:t>Prezados(as) irmãos(ãs),</w:t>
      </w:r>
    </w:p>
    <w:p/>
    <w:p>
      <w:pPr>
        <w:jc w:val="both"/>
      </w:pPr>
      <w:r>
        <w:rPr>
          <w:b w:val="0"/>
          <w:i w:val="0"/>
          <w:sz w:val="22"/>
        </w:rPr>
        <w:t>A Igreja Evangélica de Deus, por meio deste ofício, vem respeitosamente comunicar e/ou solicitar o que segue:</w:t>
      </w:r>
    </w:p>
    <w:p/>
    <w:p>
      <w:pPr>
        <w:jc w:val="both"/>
      </w:pPr>
      <w:r>
        <w:rPr>
          <w:b/>
          <w:i w:val="0"/>
          <w:sz w:val="22"/>
        </w:rPr>
        <w:t>1. Considerando a importância da união e cooperação entre as igrejas e a comunidade, solicitamos a gentileza de disponibilizar espaço para eventos comunitários e cultos especiais, conforme necessidade a ser acordada previamente.</w:t>
      </w:r>
    </w:p>
    <w:p/>
    <w:p>
      <w:pPr>
        <w:jc w:val="both"/>
      </w:pPr>
      <w:r>
        <w:rPr>
          <w:b/>
          <w:i w:val="0"/>
          <w:sz w:val="22"/>
        </w:rPr>
        <w:t>2. Reforçamos o compromisso com a transparência, a ética e o respeito mútuo, buscando sempre fortalecer os laços de fé e solidariedade entre os irmãos.</w:t>
      </w:r>
    </w:p>
    <w:p/>
    <w:p>
      <w:pPr>
        <w:jc w:val="both"/>
      </w:pPr>
      <w:r>
        <w:rPr>
          <w:b/>
          <w:i w:val="0"/>
          <w:sz w:val="22"/>
        </w:rPr>
        <w:t>3. Solicitamos também o envio de representantes para participação em reuniões e atividades conjuntas, visando o desenvolvimento espiritual e social da comunidade local.</w:t>
      </w:r>
    </w:p>
    <w:p/>
    <w:p>
      <w:pPr>
        <w:jc w:val="both"/>
      </w:pPr>
      <w:r>
        <w:rPr>
          <w:b/>
          <w:i w:val="0"/>
          <w:sz w:val="22"/>
        </w:rPr>
        <w:t>4. Caso haja interesse em parcerias para projetos sociais, educativos ou culturais, estamos abertos para diálogo e planejamento conjunto.</w:t>
      </w:r>
    </w:p>
    <w:p/>
    <w:p>
      <w:pPr>
        <w:jc w:val="both"/>
      </w:pPr>
      <w:r>
        <w:rPr>
          <w:b w:val="0"/>
          <w:i w:val="0"/>
          <w:sz w:val="22"/>
        </w:rPr>
        <w:t>Na certeza de contar com a colaboração e entendimento de todos, agradecemos antecipadamente e colocamo-nos à disposição para quaisquer esclarecimentos necessários.</w:t>
      </w:r>
    </w:p>
    <w:p/>
    <w:p>
      <w:pPr>
        <w:jc w:val="both"/>
      </w:pPr>
      <w:r>
        <w:rPr>
          <w:b w:val="0"/>
          <w:i w:val="0"/>
          <w:sz w:val="22"/>
        </w:rPr>
        <w:t>Que a paz do Senhor esteja com todos nós.</w:t>
      </w:r>
    </w:p>
    <w:p/>
    <w:p>
      <w:pPr>
        <w:jc w:val="both"/>
      </w:pPr>
      <w:r>
        <w:rPr>
          <w:b w:val="0"/>
          <w:i w:val="0"/>
          <w:sz w:val="22"/>
        </w:rPr>
        <w:t>Atenciosamente,</w:t>
      </w:r>
    </w:p>
    <w:p/>
    <w:p>
      <w:pPr>
        <w:jc w:val="both"/>
      </w:pPr>
      <w:r>
        <w:rPr>
          <w:b w:val="0"/>
          <w:i w:val="0"/>
          <w:sz w:val="22"/>
        </w:rPr>
        <w:t>______________________________</w:t>
      </w:r>
    </w:p>
    <w:p>
      <w:pPr>
        <w:jc w:val="both"/>
      </w:pPr>
      <w:r>
        <w:rPr>
          <w:b w:val="0"/>
          <w:i w:val="0"/>
          <w:sz w:val="22"/>
        </w:rPr>
        <w:t>Nome do Pastor/Responsável</w:t>
      </w:r>
    </w:p>
    <w:p>
      <w:pPr>
        <w:jc w:val="both"/>
      </w:pPr>
      <w:r>
        <w:rPr>
          <w:b w:val="0"/>
          <w:i w:val="0"/>
          <w:sz w:val="22"/>
        </w:rPr>
        <w:t>Cargo / Função</w:t>
      </w:r>
    </w:p>
    <w:p>
      <w:pPr>
        <w:jc w:val="both"/>
      </w:pPr>
      <w:r>
        <w:rPr>
          <w:b w:val="0"/>
          <w:i w:val="0"/>
          <w:sz w:val="22"/>
        </w:rPr>
        <w:t>Igreja Evangélica de Deus</w:t>
      </w:r>
    </w:p>
    <w:p>
      <w:pPr>
        <w:jc w:val="both"/>
      </w:pPr>
      <w:r>
        <w:rPr>
          <w:b w:val="0"/>
          <w:i w:val="0"/>
          <w:sz w:val="22"/>
        </w:rPr>
        <w:t>Telefone: (00) 0000-0000</w:t>
      </w:r>
    </w:p>
    <w:p>
      <w:pPr>
        <w:jc w:val="both"/>
      </w:pPr>
      <w:r>
        <w:rPr>
          <w:b w:val="0"/>
          <w:i w:val="0"/>
          <w:sz w:val="22"/>
        </w:rPr>
        <w:t>E-mail: contato@igrejaexemplo.org.br</w:t>
      </w:r>
    </w:p>
    <w:p/>
    <w:p/>
    <w:p>
      <w:pPr>
        <w:jc w:val="center"/>
      </w:pPr>
      <w:r>
        <w:rPr>
          <w:b w:val="0"/>
          <w:i/>
          <w:sz w:val="22"/>
        </w:rPr>
        <w:t>Este ofício é documento oficial da Igreja Evangélica de Deus e deve ser tratado com a devida consideração e respeito.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https://adv-documentos.com/oficio-para-igreja/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https://adv-documentos.com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adv-documentos.com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v-documentos.com/oficio-para-igreja/" TargetMode="External"/><Relationship Id="rId10" Type="http://schemas.openxmlformats.org/officeDocument/2006/relationships/hyperlink" Target="https://adv-document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