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LAUDO DE VISTORIA DE IMÓVEL</w:t>
      </w:r>
    </w:p>
    <w:p/>
    <w:p/>
    <w:p>
      <w:pPr>
        <w:jc w:val="left"/>
      </w:pPr>
      <w:r>
        <w:rPr>
          <w:b/>
          <w:sz w:val="22"/>
        </w:rPr>
        <w:t>I - IDENTIFICAÇÃO DO IMÓVEL</w:t>
      </w:r>
    </w:p>
    <w:p>
      <w:r>
        <w:rPr>
          <w:b w:val="0"/>
          <w:sz w:val="20"/>
        </w:rPr>
        <w:t>Endereço: ________________________________________________________________</w:t>
      </w:r>
    </w:p>
    <w:p>
      <w:r>
        <w:rPr>
          <w:b w:val="0"/>
          <w:sz w:val="20"/>
        </w:rPr>
        <w:t>Tipo do Imóvel (casa, apartamento, comercial, etc.): _________________________</w:t>
      </w:r>
    </w:p>
    <w:p>
      <w:r>
        <w:rPr>
          <w:b w:val="0"/>
          <w:sz w:val="20"/>
        </w:rPr>
        <w:t>Proprietário: ______________________________________________________________</w:t>
      </w:r>
    </w:p>
    <w:p>
      <w:r>
        <w:rPr>
          <w:b w:val="0"/>
          <w:sz w:val="20"/>
        </w:rPr>
        <w:t>Locatário/Responsável pela vistoria: ________________________________________</w:t>
      </w:r>
    </w:p>
    <w:p>
      <w:r>
        <w:rPr>
          <w:b w:val="0"/>
          <w:sz w:val="20"/>
        </w:rPr>
        <w:t>Finalidade da vistoria: ____________________________________________________</w:t>
      </w:r>
    </w:p>
    <w:p>
      <w:r>
        <w:rPr>
          <w:b w:val="0"/>
          <w:sz w:val="20"/>
        </w:rPr>
        <w:t>Número de registro do imóvel (matrícula): ___________________________________</w:t>
      </w:r>
    </w:p>
    <w:p/>
    <w:p/>
    <w:p>
      <w:pPr>
        <w:jc w:val="left"/>
      </w:pPr>
      <w:r>
        <w:rPr>
          <w:b/>
          <w:sz w:val="22"/>
        </w:rPr>
        <w:t>II - OBJETIVO DA VISTORIA</w:t>
      </w:r>
    </w:p>
    <w:p>
      <w:pPr>
        <w:ind w:firstLine="360"/>
      </w:pPr>
      <w:r>
        <w:rPr>
          <w:b w:val="0"/>
          <w:sz w:val="20"/>
        </w:rPr>
        <w:t>Este laudo tem a finalidade de descrever detalhadamente as condições físicas do imóvel, identificando eventuais danos, defeitos, irregularidades e condições gerais, para fins de locação, compra, venda, seguro ou outras necessidades jurídicas e comerciais.</w:t>
      </w:r>
    </w:p>
    <w:p/>
    <w:p/>
    <w:p>
      <w:pPr>
        <w:jc w:val="left"/>
      </w:pPr>
      <w:r>
        <w:rPr>
          <w:b/>
          <w:sz w:val="22"/>
        </w:rPr>
        <w:t>III - METODOLOGIA</w:t>
      </w:r>
    </w:p>
    <w:p>
      <w:pPr>
        <w:ind w:firstLine="360"/>
      </w:pPr>
      <w:r>
        <w:rPr>
          <w:b w:val="0"/>
          <w:sz w:val="20"/>
        </w:rPr>
        <w:t>A vistoria foi realizada mediante inspeção visual minuciosa das áreas internas e externas do imóvel, incluindo estruturas, instalações elétricas, hidráulicas, revestimentos, acabamentos, esquadrias, e demais componentes relevantes.</w:t>
      </w:r>
    </w:p>
    <w:p/>
    <w:p/>
    <w:p>
      <w:pPr>
        <w:jc w:val="left"/>
      </w:pPr>
      <w:r>
        <w:rPr>
          <w:b/>
          <w:sz w:val="22"/>
        </w:rPr>
        <w:t>IV - DESCRIÇÃO DETALHADA DO IMÓVEL</w:t>
      </w:r>
    </w:p>
    <w:p>
      <w:r>
        <w:rPr>
          <w:b/>
          <w:sz w:val="20"/>
        </w:rPr>
        <w:t>1. Estrutura e Paredes:</w:t>
      </w:r>
    </w:p>
    <w:p>
      <w:r>
        <w:rPr>
          <w:b w:val="0"/>
          <w:sz w:val="20"/>
        </w:rPr>
        <w:t>Estado geral da estrutura (fundações, vigas, pilares): ___________________</w:t>
      </w:r>
    </w:p>
    <w:p>
      <w:r>
        <w:rPr>
          <w:b w:val="0"/>
          <w:sz w:val="20"/>
        </w:rPr>
        <w:t>Presença de trincas, rachaduras ou infiltrações: __________________________</w:t>
      </w:r>
    </w:p>
    <w:p>
      <w:r>
        <w:rPr>
          <w:b w:val="0"/>
          <w:sz w:val="20"/>
        </w:rPr>
        <w:t>Acabamento e revestimentos aparentes: ______________________________________</w:t>
      </w:r>
    </w:p>
    <w:p/>
    <w:p>
      <w:r>
        <w:rPr>
          <w:b/>
          <w:sz w:val="20"/>
        </w:rPr>
        <w:t>2. Cobertura e Telhado:</w:t>
      </w:r>
    </w:p>
    <w:p>
      <w:r>
        <w:rPr>
          <w:b w:val="0"/>
          <w:sz w:val="20"/>
        </w:rPr>
        <w:t>Tipo de cobertura: _________________________________________________________</w:t>
      </w:r>
    </w:p>
    <w:p>
      <w:r>
        <w:rPr>
          <w:b w:val="0"/>
          <w:sz w:val="20"/>
        </w:rPr>
        <w:t>Estado das telhas/impermeabilização: _______________________________________</w:t>
      </w:r>
    </w:p>
    <w:p>
      <w:r>
        <w:rPr>
          <w:b w:val="0"/>
          <w:sz w:val="20"/>
        </w:rPr>
        <w:t>Presença de vazamentos, infiltrações ou danos aparentes: ____________________</w:t>
      </w:r>
    </w:p>
    <w:p/>
    <w:p>
      <w:r>
        <w:rPr>
          <w:b/>
          <w:sz w:val="20"/>
        </w:rPr>
        <w:t>3. Pisos e Revestimentos:</w:t>
      </w:r>
    </w:p>
    <w:p>
      <w:r>
        <w:rPr>
          <w:b w:val="0"/>
          <w:sz w:val="20"/>
        </w:rPr>
        <w:t>Tipo de piso e estado geral: _______________________________________________</w:t>
      </w:r>
    </w:p>
    <w:p>
      <w:r>
        <w:rPr>
          <w:b w:val="0"/>
          <w:sz w:val="20"/>
        </w:rPr>
        <w:t>Revestimentos de paredes e teto: ___________________________________________</w:t>
      </w:r>
    </w:p>
    <w:p>
      <w:r>
        <w:rPr>
          <w:b w:val="0"/>
          <w:sz w:val="20"/>
        </w:rPr>
        <w:t>Presença de danos, manchas, desgaste ou outros problemas: ____________________</w:t>
      </w:r>
    </w:p>
    <w:p/>
    <w:p>
      <w:r>
        <w:rPr>
          <w:b/>
          <w:sz w:val="20"/>
        </w:rPr>
        <w:t>4. Instalações Elétricas:</w:t>
      </w:r>
    </w:p>
    <w:p>
      <w:r>
        <w:rPr>
          <w:b w:val="0"/>
          <w:sz w:val="20"/>
        </w:rPr>
        <w:t>Estado geral da rede elétrica e quadro de distribuição: ____________________</w:t>
      </w:r>
    </w:p>
    <w:p>
      <w:r>
        <w:rPr>
          <w:b w:val="0"/>
          <w:sz w:val="20"/>
        </w:rPr>
        <w:t>Funcionamento de tomadas, interruptores e iluminação: ______________________</w:t>
      </w:r>
    </w:p>
    <w:p>
      <w:r>
        <w:rPr>
          <w:b w:val="0"/>
          <w:sz w:val="20"/>
        </w:rPr>
        <w:t>Conformidade com normas técnicas vigentes: ________________________________</w:t>
      </w:r>
    </w:p>
    <w:p/>
    <w:p>
      <w:r>
        <w:rPr>
          <w:b/>
          <w:sz w:val="20"/>
        </w:rPr>
        <w:t>5. Instalações Hidráulicas e Sanitárias:</w:t>
      </w:r>
    </w:p>
    <w:p>
      <w:r>
        <w:rPr>
          <w:b w:val="0"/>
          <w:sz w:val="20"/>
        </w:rPr>
        <w:t>Estado da rede de abastecimento e distribuição de água: ___________________</w:t>
      </w:r>
    </w:p>
    <w:p>
      <w:r>
        <w:rPr>
          <w:b w:val="0"/>
          <w:sz w:val="20"/>
        </w:rPr>
        <w:t>Funcionamento de torneiras, vasos sanitários, chuveiros e ralos: _____________</w:t>
      </w:r>
    </w:p>
    <w:p>
      <w:r>
        <w:rPr>
          <w:b w:val="0"/>
          <w:sz w:val="20"/>
        </w:rPr>
        <w:t>Verificação de vazamentos, entupimentos ou infiltrações: ___________________</w:t>
      </w:r>
    </w:p>
    <w:p/>
    <w:p>
      <w:r>
        <w:rPr>
          <w:b/>
          <w:sz w:val="20"/>
        </w:rPr>
        <w:t>6. Esquadrias, Janelas, Portas e Fechaduras:</w:t>
      </w:r>
    </w:p>
    <w:p>
      <w:r>
        <w:rPr>
          <w:b w:val="0"/>
          <w:sz w:val="20"/>
        </w:rPr>
        <w:t>Estado geral de portas, janelas, batentes e fechaduras: ____________________</w:t>
      </w:r>
    </w:p>
    <w:p>
      <w:r>
        <w:rPr>
          <w:b w:val="0"/>
          <w:sz w:val="20"/>
        </w:rPr>
        <w:t>Funcionamento e segurança dos mecanismos: _________________________________</w:t>
      </w:r>
    </w:p>
    <w:p/>
    <w:p>
      <w:r>
        <w:rPr>
          <w:b/>
          <w:sz w:val="20"/>
        </w:rPr>
        <w:t>7. Áreas Externas e Complementares:</w:t>
      </w:r>
    </w:p>
    <w:p>
      <w:r>
        <w:rPr>
          <w:b w:val="0"/>
          <w:sz w:val="20"/>
        </w:rPr>
        <w:t>Descrição do quintal, garagem, área de serviço, jardins e demais áreas: _____</w:t>
      </w:r>
    </w:p>
    <w:p>
      <w:r>
        <w:rPr>
          <w:b w:val="0"/>
          <w:sz w:val="20"/>
        </w:rPr>
        <w:t>Estado geral, limpeza e conservação: ______________________________________</w:t>
      </w:r>
    </w:p>
    <w:p/>
    <w:p/>
    <w:p>
      <w:pPr>
        <w:jc w:val="left"/>
      </w:pPr>
      <w:r>
        <w:rPr>
          <w:b/>
          <w:sz w:val="22"/>
        </w:rPr>
        <w:t>V - AVALIAÇÃO GERAL E OBSERVAÇÕES</w:t>
      </w:r>
    </w:p>
    <w:p>
      <w:pPr>
        <w:ind w:firstLine="360"/>
      </w:pPr>
      <w:r>
        <w:rPr>
          <w:b w:val="0"/>
          <w:sz w:val="20"/>
        </w:rPr>
        <w:t>Após análise detalhada, conclui-se que o imóvel apresenta as seguintes condições gerais: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/>
          <w:sz w:val="20"/>
        </w:rPr>
        <w:t>Observações adicionais relevantes: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VI - RESPONSABILIDADES E RECOMENDAÇÕES</w:t>
      </w:r>
    </w:p>
    <w:p>
      <w:pPr>
        <w:ind w:firstLine="360"/>
      </w:pPr>
      <w:r>
        <w:rPr>
          <w:b w:val="0"/>
          <w:sz w:val="20"/>
        </w:rPr>
        <w:t>Este laudo tem caráter técnico e descritivo, não substituindo avaliações estruturais ou laudos especializados. Recomenda-se a realização de vistorias complementares caso sejam identificadas anomalias críticas ou para fins específicos.</w:t>
      </w:r>
    </w:p>
    <w:p>
      <w:pPr>
        <w:ind w:firstLine="360"/>
      </w:pPr>
      <w:r>
        <w:rPr>
          <w:b w:val="0"/>
          <w:sz w:val="20"/>
        </w:rPr>
        <w:t>O vistoriador não se responsabiliza por danos ocultos ou futuros que não possam ser identificados na inspeção visual realizada.</w:t>
      </w:r>
    </w:p>
    <w:p/>
    <w:p/>
    <w:p>
      <w:pPr>
        <w:jc w:val="left"/>
      </w:pPr>
      <w:r>
        <w:rPr>
          <w:b/>
          <w:sz w:val="22"/>
        </w:rPr>
        <w:t>VII - ASSINATURAS</w:t>
      </w:r>
    </w:p>
    <w:p>
      <w:pPr>
        <w:jc w:val="center"/>
      </w:pPr>
      <w:r>
        <w:rPr>
          <w:b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sz w:val="20"/>
        </w:rPr>
        <w:t>Vistoriador / Técnico Responsável</w:t>
      </w:r>
    </w:p>
    <w:p>
      <w:pPr>
        <w:jc w:val="center"/>
      </w:pPr>
      <w:r>
        <w:rPr>
          <w:b w:val="0"/>
          <w:sz w:val="20"/>
        </w:rPr>
        <w:t>CREA/CAU nº: ________________________________________________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sz w:val="20"/>
        </w:rPr>
        <w:t>Proprietário / Contratante</w:t>
      </w:r>
    </w:p>
    <w:p/>
    <w:p>
      <w:pPr>
        <w:jc w:val="center"/>
      </w:pPr>
      <w:r>
        <w:rPr>
          <w:b w:val="0"/>
          <w:sz w:val="20"/>
        </w:rPr>
        <w:t>Local: ___________________________________    Data: ____ / ____ / 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https://adv-documentos.com/laudo-de-vistoria-de-imovel/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laudo-de-vistoria-de-imovel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