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RECEBIMENTO DE VALORES</w:t>
      </w:r>
    </w:p>
    <w:p/>
    <w:p/>
    <w:p>
      <w:r>
        <w:rPr>
          <w:b w:val="0"/>
          <w:sz w:val="22"/>
        </w:rPr>
        <w:t>Eu, ________________________________________________, brasileiro(a), portador(a) do CPF nº ____________________, residente e domiciliado(a) à ________________________________________________________________, declaro para os devidos fins que recebi do(a) Sr.(a) ________________________________________________, CPF nº ____________________, a quantia total de R$ _______________________________ (_______________________________________________________ reais),</w:t>
      </w:r>
    </w:p>
    <w:p>
      <w:r>
        <w:rPr>
          <w:b w:val="0"/>
          <w:sz w:val="22"/>
        </w:rPr>
        <w:t>referente a ________________________________________________________________________________________________________________ (especificar a natureza da quantia recebida, ex.: pagamento, indenização, adiantamento, quitação, entre outros).</w:t>
      </w:r>
    </w:p>
    <w:p/>
    <w:p>
      <w:r>
        <w:rPr>
          <w:b w:val="0"/>
          <w:sz w:val="22"/>
        </w:rPr>
        <w:t>Declaro ainda que o valor acima foi recebido em moeda corrente nacional, em ______________ (número) parcelas, conforme discriminado a seguir: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Parcela</w:t>
            </w:r>
          </w:p>
        </w:tc>
        <w:tc>
          <w:tcPr>
            <w:tcW w:type="dxa" w:w="3324"/>
          </w:tcPr>
          <w:p>
            <w:r>
              <w:t>Valor (R$)</w:t>
            </w:r>
          </w:p>
        </w:tc>
        <w:tc>
          <w:tcPr>
            <w:tcW w:type="dxa" w:w="3324"/>
          </w:tcPr>
          <w:p>
            <w:r>
              <w:t>Data de Pagamento</w:t>
            </w:r>
          </w:p>
        </w:tc>
      </w:tr>
      <w:tr>
        <w:tc>
          <w:tcPr>
            <w:tcW w:type="dxa" w:w="3324"/>
          </w:tcPr>
          <w:p>
            <w:r>
              <w:t>1ª parcela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>
              <w:t>____/____/______</w:t>
            </w:r>
          </w:p>
        </w:tc>
      </w:tr>
    </w:tbl>
    <w:p/>
    <w:p/>
    <w:p>
      <w:r>
        <w:rPr>
          <w:b w:val="0"/>
          <w:sz w:val="22"/>
        </w:rPr>
        <w:t>Por fim, declaro que, com o recebimento desta quantia, dou plena, geral e irrevogável quitação, nada mais tendo a reclamar a esse título, seja a que tempo for e sob qualquer pretexto, nada mais sendo devido(a).</w:t>
      </w:r>
    </w:p>
    <w:p/>
    <w:p/>
    <w:p>
      <w:r>
        <w:rPr>
          <w:b w:val="0"/>
          <w:sz w:val="22"/>
        </w:rPr>
        <w:t>Esta declaração é feita para que produza seus jurídicos e legais efeitos, especialmente para fins de comprovação junto a órgãos públicos, instituições financeiras, empresas, e demais interessados.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__________________________________________________, __________ de ______________________ de ________.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</w:t>
      </w:r>
    </w:p>
    <w:p>
      <w:pPr>
        <w:jc w:val="center"/>
      </w:pPr>
      <w:r>
        <w:rPr>
          <w:b w:val="0"/>
          <w:sz w:val="22"/>
        </w:rPr>
        <w:t>Assinatura do(a) Declarante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</w:t>
      </w:r>
    </w:p>
    <w:p>
      <w:pPr>
        <w:jc w:val="center"/>
      </w:pPr>
      <w:r>
        <w:rPr>
          <w:b w:val="0"/>
          <w:sz w:val="22"/>
        </w:rPr>
        <w:t>Assinatura do(a) Recebedor(a) / Testemunha</w:t>
      </w:r>
    </w:p>
    <w:p>
      <w:pPr>
        <w:jc w:val="center"/>
      </w:pPr>
      <w:r>
        <w:rPr>
          <w:b w:val="0"/>
          <w:sz w:val="22"/>
        </w:rPr>
        <w:t>CPF: 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https://adv-documentos.com/declaracao-de-recebimento-de-valores/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declaracao-de-recebimento-de-valores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