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CURRÍCULO DE ADVOGADO</w:t>
      </w:r>
    </w:p>
    <w:p/>
    <w:p/>
    <w:p>
      <w:pPr>
        <w:jc w:val="left"/>
      </w:pPr>
      <w:r>
        <w:rPr>
          <w:b/>
          <w:sz w:val="24"/>
        </w:rPr>
        <w:t>DADOS PESSOAIS</w:t>
      </w:r>
    </w:p>
    <w:p>
      <w:pPr>
        <w:jc w:val="left"/>
      </w:pPr>
      <w:r>
        <w:rPr>
          <w:b w:val="0"/>
          <w:i w:val="0"/>
          <w:sz w:val="22"/>
        </w:rPr>
        <w:t>Nome completo: 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OAB: _____________________________ Seccional: _____________________________</w:t>
      </w:r>
    </w:p>
    <w:p>
      <w:pPr>
        <w:jc w:val="left"/>
      </w:pPr>
      <w:r>
        <w:rPr>
          <w:b w:val="0"/>
          <w:i w:val="0"/>
          <w:sz w:val="22"/>
        </w:rPr>
        <w:t>CPF: _____________________________ RG: _____________________________________</w:t>
      </w:r>
    </w:p>
    <w:p>
      <w:pPr>
        <w:jc w:val="left"/>
      </w:pPr>
      <w:r>
        <w:rPr>
          <w:b w:val="0"/>
          <w:i w:val="0"/>
          <w:sz w:val="22"/>
        </w:rPr>
        <w:t>Endereço residencial completo: 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Telefone(s): 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E-mail: _________________________________________________________________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Nacionalidade: _______________________ Estado Civil: _______________________</w:t>
      </w:r>
    </w:p>
    <w:p>
      <w:pPr>
        <w:jc w:val="left"/>
      </w:pPr>
      <w:r>
        <w:rPr>
          <w:b w:val="0"/>
          <w:i w:val="0"/>
          <w:sz w:val="22"/>
        </w:rPr>
        <w:t>Data de nascimento: ___/___/______</w:t>
      </w:r>
    </w:p>
    <w:p/>
    <w:p>
      <w:pPr>
        <w:jc w:val="left"/>
      </w:pPr>
      <w:r>
        <w:rPr>
          <w:b/>
          <w:sz w:val="24"/>
        </w:rPr>
        <w:t>FORMAÇÃO ACADÊMICA</w:t>
      </w:r>
    </w:p>
    <w:p>
      <w:pPr>
        <w:jc w:val="left"/>
      </w:pPr>
      <w:r>
        <w:rPr>
          <w:b/>
          <w:i w:val="0"/>
          <w:sz w:val="22"/>
        </w:rPr>
        <w:t>Graduação em Direito:</w:t>
      </w:r>
    </w:p>
    <w:p>
      <w:pPr>
        <w:jc w:val="left"/>
      </w:pPr>
      <w:r>
        <w:rPr>
          <w:b w:val="0"/>
          <w:i w:val="0"/>
          <w:sz w:val="22"/>
        </w:rPr>
        <w:t>Instituição: 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Ano de conclusão: 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Outras formações acadêmicas (especializações, mestrado, doutorado):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/>
    <w:p>
      <w:pPr>
        <w:jc w:val="left"/>
      </w:pPr>
      <w:r>
        <w:rPr>
          <w:b/>
          <w:sz w:val="24"/>
        </w:rPr>
        <w:t>EXPERIÊNCIA PROFISSIONAL</w:t>
      </w:r>
    </w:p>
    <w:p>
      <w:pPr>
        <w:jc w:val="left"/>
      </w:pPr>
      <w:r>
        <w:rPr>
          <w:b w:val="0"/>
          <w:i w:val="0"/>
          <w:sz w:val="22"/>
        </w:rPr>
        <w:t>1. Escritório/Empresa: 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Período: ___/___/______ a ___/___/______</w:t>
      </w:r>
    </w:p>
    <w:p>
      <w:pPr>
        <w:jc w:val="left"/>
      </w:pPr>
      <w:r>
        <w:rPr>
          <w:b w:val="0"/>
          <w:i w:val="0"/>
          <w:sz w:val="22"/>
        </w:rPr>
        <w:t>Cargo/Função: 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Atividades desenvolvidas: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/>
    <w:p>
      <w:pPr>
        <w:jc w:val="left"/>
      </w:pPr>
      <w:r>
        <w:rPr>
          <w:b w:val="0"/>
          <w:i w:val="0"/>
          <w:sz w:val="22"/>
        </w:rPr>
        <w:t>2. Escritório/Empresa: 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Período: ___/___/______ a ___/___/______</w:t>
      </w:r>
    </w:p>
    <w:p>
      <w:pPr>
        <w:jc w:val="left"/>
      </w:pPr>
      <w:r>
        <w:rPr>
          <w:b w:val="0"/>
          <w:i w:val="0"/>
          <w:sz w:val="22"/>
        </w:rPr>
        <w:t>Cargo/Função: 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Atividades desenvolvidas: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/>
    <w:p>
      <w:pPr>
        <w:jc w:val="left"/>
      </w:pPr>
      <w:r>
        <w:rPr>
          <w:b w:val="0"/>
          <w:i w:val="0"/>
          <w:sz w:val="22"/>
        </w:rPr>
        <w:t>3. Escritório/Empresa: 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Período: ___/___/______ a ___/___/______</w:t>
      </w:r>
    </w:p>
    <w:p>
      <w:pPr>
        <w:jc w:val="left"/>
      </w:pPr>
      <w:r>
        <w:rPr>
          <w:b w:val="0"/>
          <w:i w:val="0"/>
          <w:sz w:val="22"/>
        </w:rPr>
        <w:t>Cargo/Função: 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Atividades desenvolvidas: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/>
    <w:p>
      <w:pPr>
        <w:jc w:val="left"/>
      </w:pPr>
      <w:r>
        <w:rPr>
          <w:b/>
          <w:sz w:val="24"/>
        </w:rPr>
        <w:t>CURSOS E CAPACITAÇÕES</w:t>
      </w:r>
    </w:p>
    <w:p>
      <w:pPr>
        <w:jc w:val="left"/>
      </w:pPr>
      <w:r>
        <w:rPr>
          <w:b w:val="0"/>
          <w:i w:val="0"/>
          <w:sz w:val="22"/>
        </w:rPr>
        <w:t>Curso: ____________________________________________________________________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Instituição: 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Carga horária: 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Ano: ______________________________________________________________________</w:t>
      </w:r>
    </w:p>
    <w:p/>
    <w:p>
      <w:pPr>
        <w:jc w:val="left"/>
      </w:pPr>
      <w:r>
        <w:rPr>
          <w:b w:val="0"/>
          <w:i w:val="0"/>
          <w:sz w:val="22"/>
        </w:rPr>
        <w:t>Curso: ____________________________________________________________________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Instituição: 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Carga horária: 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Ano: ______________________________________________________________________</w:t>
      </w:r>
    </w:p>
    <w:p/>
    <w:p>
      <w:pPr>
        <w:jc w:val="left"/>
      </w:pPr>
      <w:r>
        <w:rPr>
          <w:b/>
          <w:sz w:val="24"/>
        </w:rPr>
        <w:t>ÁREAS DE ATUAÇÃO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/>
    <w:p>
      <w:pPr>
        <w:jc w:val="left"/>
      </w:pPr>
      <w:r>
        <w:rPr>
          <w:b/>
          <w:sz w:val="24"/>
        </w:rPr>
        <w:t>IDIOMAS</w:t>
      </w:r>
    </w:p>
    <w:p>
      <w:pPr>
        <w:jc w:val="left"/>
      </w:pPr>
      <w:r>
        <w:rPr>
          <w:b w:val="0"/>
          <w:i w:val="0"/>
          <w:sz w:val="22"/>
        </w:rPr>
        <w:t>Idioma: __________________________ Nível: _________________________________</w:t>
      </w:r>
    </w:p>
    <w:p>
      <w:pPr>
        <w:jc w:val="left"/>
      </w:pPr>
      <w:r>
        <w:rPr>
          <w:b w:val="0"/>
          <w:i w:val="0"/>
          <w:sz w:val="22"/>
        </w:rPr>
        <w:t>Idioma: __________________________ Nível: _________________________________</w:t>
      </w:r>
    </w:p>
    <w:p/>
    <w:p>
      <w:pPr>
        <w:jc w:val="left"/>
      </w:pPr>
      <w:r>
        <w:rPr>
          <w:b/>
          <w:sz w:val="24"/>
        </w:rPr>
        <w:t>INFORMÁTICA</w:t>
      </w:r>
    </w:p>
    <w:p>
      <w:pPr>
        <w:jc w:val="left"/>
      </w:pPr>
      <w:r>
        <w:rPr>
          <w:b w:val="0"/>
          <w:i w:val="0"/>
          <w:sz w:val="22"/>
        </w:rPr>
        <w:t>Conhecimentos em softwares jurídicos: ______________________________________</w:t>
      </w:r>
    </w:p>
    <w:p>
      <w:pPr>
        <w:jc w:val="left"/>
      </w:pPr>
      <w:r>
        <w:rPr>
          <w:b w:val="0"/>
          <w:i w:val="0"/>
          <w:sz w:val="22"/>
        </w:rPr>
        <w:t>Pacote Office (Word, Excel, PowerPoint): ____________________________________</w:t>
      </w:r>
    </w:p>
    <w:p>
      <w:pPr>
        <w:jc w:val="left"/>
      </w:pPr>
      <w:r>
        <w:rPr>
          <w:b w:val="0"/>
          <w:i w:val="0"/>
          <w:sz w:val="22"/>
        </w:rPr>
        <w:t>Outros softwares: ___________________________________________________________</w:t>
      </w:r>
    </w:p>
    <w:p/>
    <w:p>
      <w:pPr>
        <w:jc w:val="left"/>
      </w:pPr>
      <w:r>
        <w:rPr>
          <w:b/>
          <w:sz w:val="24"/>
        </w:rPr>
        <w:t>PUBLICAÇÕES E PALESTRAS</w:t>
      </w:r>
    </w:p>
    <w:p>
      <w:pPr>
        <w:jc w:val="left"/>
      </w:pPr>
      <w:r>
        <w:rPr>
          <w:b w:val="0"/>
          <w:i w:val="0"/>
          <w:sz w:val="22"/>
        </w:rPr>
        <w:t>Título da publicação ou palestra: 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Local/Evento: 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Ano: ______________________________________________________________________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Breve descrição: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/>
    <w:p>
      <w:pPr>
        <w:jc w:val="left"/>
      </w:pPr>
      <w:r>
        <w:rPr>
          <w:b w:val="0"/>
          <w:i w:val="0"/>
          <w:sz w:val="22"/>
        </w:rPr>
        <w:t>Título da publicação ou palestra: 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Local/Evento: 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Ano: ______________________________________________________________________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Breve descrição: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/>
    <w:p>
      <w:pPr>
        <w:jc w:val="left"/>
      </w:pPr>
      <w:r>
        <w:rPr>
          <w:b/>
          <w:sz w:val="24"/>
        </w:rPr>
        <w:t>INFORMAÇÕES ADICIONAIS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>
      <w:pPr>
        <w:jc w:val="left"/>
      </w:pPr>
      <w:r>
        <w:rPr>
          <w:b w:val="0"/>
          <w:i w:val="0"/>
          <w:sz w:val="22"/>
        </w:rPr>
        <w:t>_____________________________________________________________________________</w:t>
      </w:r>
    </w:p>
    <w:p/>
    <w:p/>
    <w:p>
      <w:pPr>
        <w:jc w:val="center"/>
      </w:pPr>
      <w:r>
        <w:rPr>
          <w:i/>
          <w:sz w:val="22"/>
        </w:rPr>
        <w:t>Declaro que as informações acima são verdadeiras e podem ser comprovadas quando solicitado.</w:t>
      </w:r>
    </w:p>
    <w:p/>
    <w:p/>
    <w:p/>
    <w:p>
      <w:pPr>
        <w:jc w:val="center"/>
      </w:pPr>
      <w:r>
        <w:rPr>
          <w:sz w:val="24"/>
        </w:rPr>
        <w:t>______________________________________________</w:t>
      </w:r>
    </w:p>
    <w:p/>
    <w:p>
      <w:pPr>
        <w:jc w:val="center"/>
      </w:pPr>
      <w:r>
        <w:rPr>
          <w:sz w:val="22"/>
        </w:rPr>
        <w:t>Assinatura do Advogado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https://adv-documentos.com/curriculo-de-advogado/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curriculo-de-advogado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