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PRESTAÇÃO DE SERVIÇOS EMPRESARIAIS</w:t>
      </w:r>
    </w:p>
    <w:p/>
    <w:p/>
    <w:p>
      <w:pPr>
        <w:jc w:val="both"/>
      </w:pPr>
      <w:r>
        <w:rPr>
          <w:b/>
          <w:i w:val="0"/>
          <w:sz w:val="20"/>
        </w:rPr>
        <w:t>Pelo presente instrumento particular de contrato de prestação de serviços empresariais, de um lado, como CONTRATANTE:</w:t>
      </w:r>
    </w:p>
    <w:p/>
    <w:p>
      <w:pPr>
        <w:jc w:val="both"/>
      </w:pPr>
      <w:r>
        <w:rPr>
          <w:b w:val="0"/>
          <w:i w:val="0"/>
          <w:sz w:val="20"/>
        </w:rPr>
        <w:t>Nome/Razão Social: 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CNPJ: 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Endereço: 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Representante Legal: _______________________________________________________</w:t>
      </w:r>
    </w:p>
    <w:p/>
    <w:p>
      <w:pPr>
        <w:jc w:val="both"/>
      </w:pPr>
      <w:r>
        <w:rPr>
          <w:b/>
          <w:i w:val="0"/>
          <w:sz w:val="20"/>
        </w:rPr>
        <w:t>E, de outro lado, como CONTRATADA:</w:t>
      </w:r>
    </w:p>
    <w:p/>
    <w:p>
      <w:pPr>
        <w:jc w:val="both"/>
      </w:pPr>
      <w:r>
        <w:rPr>
          <w:b w:val="0"/>
          <w:i w:val="0"/>
          <w:sz w:val="20"/>
        </w:rPr>
        <w:t>Nome/Razão Social: 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CNPJ: 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Endereço: 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Representante Legal: _______________________________________________________</w:t>
      </w:r>
    </w:p>
    <w:p/>
    <w:p/>
    <w:p>
      <w:pPr>
        <w:jc w:val="left"/>
      </w:pPr>
      <w:r>
        <w:rPr>
          <w:b/>
          <w:sz w:val="22"/>
        </w:rPr>
        <w:t>CLÁUSULA PRIMEIRA – DO OBJETO</w:t>
      </w:r>
    </w:p>
    <w:p>
      <w:pPr>
        <w:jc w:val="both"/>
      </w:pPr>
      <w:r>
        <w:rPr>
          <w:b w:val="0"/>
          <w:i w:val="0"/>
          <w:sz w:val="20"/>
        </w:rPr>
        <w:t>O presente contrato tem por objeto a prestação de serviços empresariais de natureza ____________________________________________________, conforme especificado neste instrumento e seus anexos.</w:t>
      </w:r>
    </w:p>
    <w:p/>
    <w:p>
      <w:pPr>
        <w:jc w:val="left"/>
      </w:pPr>
      <w:r>
        <w:rPr>
          <w:b/>
          <w:sz w:val="22"/>
        </w:rPr>
        <w:t>CLÁUSULA SEGUNDA – DAS OBRIGAÇÕES DA CONTRATADA</w:t>
      </w:r>
    </w:p>
    <w:p>
      <w:pPr>
        <w:jc w:val="both"/>
      </w:pPr>
      <w:r>
        <w:rPr>
          <w:b w:val="0"/>
          <w:i w:val="0"/>
          <w:sz w:val="20"/>
        </w:rPr>
        <w:t>A CONTRATADA se obriga a:</w:t>
      </w:r>
    </w:p>
    <w:p>
      <w:pPr>
        <w:jc w:val="both"/>
      </w:pPr>
      <w:r>
        <w:rPr>
          <w:b w:val="0"/>
          <w:i w:val="0"/>
          <w:sz w:val="20"/>
        </w:rPr>
        <w:t>- Executar os serviços contratados com zelo, diligência e observância das normas técnicas e legais aplicáveis;</w:t>
      </w:r>
    </w:p>
    <w:p>
      <w:pPr>
        <w:jc w:val="both"/>
      </w:pPr>
      <w:r>
        <w:rPr>
          <w:b w:val="0"/>
          <w:i w:val="0"/>
          <w:sz w:val="20"/>
        </w:rPr>
        <w:t>- Manter sigilo sobre informações e dados obtidos em razão deste contrato;</w:t>
      </w:r>
    </w:p>
    <w:p>
      <w:pPr>
        <w:jc w:val="both"/>
      </w:pPr>
      <w:r>
        <w:rPr>
          <w:b w:val="0"/>
          <w:i w:val="0"/>
          <w:sz w:val="20"/>
        </w:rPr>
        <w:t>- Fornecer relatórios e pareceres conforme solicitado pela CONTRATANTE;</w:t>
      </w:r>
    </w:p>
    <w:p>
      <w:pPr>
        <w:jc w:val="both"/>
      </w:pPr>
      <w:r>
        <w:rPr>
          <w:b w:val="0"/>
          <w:i w:val="0"/>
          <w:sz w:val="20"/>
        </w:rPr>
        <w:t>- Cumprir os prazos estipulados para entrega dos serviços.</w:t>
      </w:r>
    </w:p>
    <w:p/>
    <w:p>
      <w:pPr>
        <w:jc w:val="left"/>
      </w:pPr>
      <w:r>
        <w:rPr>
          <w:b/>
          <w:sz w:val="22"/>
        </w:rPr>
        <w:t>CLÁUSULA TERCEIRA – DAS OBRIGAÇÕES DA CONTRATANTE</w:t>
      </w:r>
    </w:p>
    <w:p>
      <w:pPr>
        <w:jc w:val="both"/>
      </w:pPr>
      <w:r>
        <w:rPr>
          <w:b w:val="0"/>
          <w:i w:val="0"/>
          <w:sz w:val="20"/>
        </w:rPr>
        <w:t>A CONTRATANTE se obriga a:</w:t>
      </w:r>
    </w:p>
    <w:p>
      <w:pPr>
        <w:jc w:val="both"/>
      </w:pPr>
      <w:r>
        <w:rPr>
          <w:b w:val="0"/>
          <w:i w:val="0"/>
          <w:sz w:val="20"/>
        </w:rPr>
        <w:t>- Fornecer todas as informações e documentos necessários para a execução dos serviços;</w:t>
      </w:r>
    </w:p>
    <w:p>
      <w:pPr>
        <w:jc w:val="both"/>
      </w:pPr>
      <w:r>
        <w:rPr>
          <w:b w:val="0"/>
          <w:i w:val="0"/>
          <w:sz w:val="20"/>
        </w:rPr>
        <w:t>- Efetuar o pagamento na forma e prazos previstos neste contrato;</w:t>
      </w:r>
    </w:p>
    <w:p>
      <w:pPr>
        <w:jc w:val="both"/>
      </w:pPr>
      <w:r>
        <w:rPr>
          <w:b w:val="0"/>
          <w:i w:val="0"/>
          <w:sz w:val="20"/>
        </w:rPr>
        <w:t>- Fornecer acesso às instalações e recursos quando necessário para a prestação dos serviços;</w:t>
      </w:r>
    </w:p>
    <w:p>
      <w:pPr>
        <w:jc w:val="both"/>
      </w:pPr>
      <w:r>
        <w:rPr>
          <w:b w:val="0"/>
          <w:i w:val="0"/>
          <w:sz w:val="20"/>
        </w:rPr>
        <w:t>- Designar representante para acompanhamento dos serviços.</w:t>
      </w:r>
    </w:p>
    <w:p/>
    <w:p>
      <w:pPr>
        <w:jc w:val="left"/>
      </w:pPr>
      <w:r>
        <w:rPr>
          <w:b/>
          <w:sz w:val="22"/>
        </w:rPr>
        <w:t>CLÁUSULA QUARTA – DO PRAZO</w:t>
      </w:r>
    </w:p>
    <w:p>
      <w:pPr>
        <w:jc w:val="both"/>
      </w:pPr>
      <w:r>
        <w:rPr>
          <w:b w:val="0"/>
          <w:i w:val="0"/>
          <w:sz w:val="20"/>
        </w:rPr>
        <w:t>O presente contrato terá prazo de vigência de ____ (____) meses, iniciando-se em __/__/____ e terminando em __/__/____, podendo ser renovado mediante acordo entre as partes.</w:t>
      </w:r>
    </w:p>
    <w:p/>
    <w:p>
      <w:pPr>
        <w:jc w:val="left"/>
      </w:pPr>
      <w:r>
        <w:rPr>
          <w:b/>
          <w:sz w:val="22"/>
        </w:rPr>
        <w:t>CLÁUSULA QUINTA – DO VALOR E CONDIÇÕES DE PAGAMENTO</w:t>
      </w:r>
    </w:p>
    <w:p>
      <w:pPr>
        <w:jc w:val="both"/>
      </w:pPr>
      <w:r>
        <w:rPr>
          <w:b w:val="0"/>
          <w:i w:val="0"/>
          <w:sz w:val="20"/>
        </w:rPr>
        <w:t>Pelos serviços ora contratados, a CONTRATANTE pagará à CONTRATADA a quantia total de R$ ______________ (__________________________), conforme as condições abaixo:</w:t>
      </w:r>
    </w:p>
    <w:p>
      <w:pPr>
        <w:jc w:val="both"/>
      </w:pPr>
      <w:r>
        <w:rPr>
          <w:b w:val="0"/>
          <w:i w:val="0"/>
          <w:sz w:val="20"/>
        </w:rPr>
        <w:t>- Forma de pagamento: 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- Prazo para pagamento: 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- Multa por atraso: 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- Juros moratórios: _________________________________________________________</w:t>
      </w:r>
    </w:p>
    <w:p/>
    <w:p>
      <w:pPr>
        <w:jc w:val="left"/>
      </w:pPr>
      <w:r>
        <w:rPr>
          <w:b/>
          <w:sz w:val="22"/>
        </w:rPr>
        <w:t>CLÁUSULA SEXTA – DA RESPONSABILIDADE</w:t>
      </w:r>
    </w:p>
    <w:p>
      <w:pPr>
        <w:jc w:val="both"/>
      </w:pPr>
      <w:r>
        <w:rPr>
          <w:b w:val="0"/>
          <w:i w:val="0"/>
          <w:sz w:val="20"/>
        </w:rPr>
        <w:t>A CONTRATADA responderá pelos danos causados à CONTRATANTE ou a terceiros decorrentes de culpa ou dolo na execução dos serviços, nos termos da legislação vigente.</w:t>
      </w:r>
    </w:p>
    <w:p/>
    <w:p>
      <w:pPr>
        <w:jc w:val="left"/>
      </w:pPr>
      <w:r>
        <w:rPr>
          <w:b/>
          <w:sz w:val="22"/>
        </w:rPr>
        <w:t>CLÁUSULA SÉTIMA – DA RESCISÃO</w:t>
      </w:r>
    </w:p>
    <w:p>
      <w:pPr>
        <w:jc w:val="both"/>
      </w:pPr>
      <w:r>
        <w:rPr>
          <w:b w:val="0"/>
          <w:i w:val="0"/>
          <w:sz w:val="20"/>
        </w:rPr>
        <w:t>O presente contrato poderá ser rescindido por qualquer das partes, mediante notificação escrita com antecedência mínima de ____ (____) dias, sem prejuízo das penalidades cabíveis e do pagamento pelos serviços já prestados.</w:t>
      </w:r>
    </w:p>
    <w:p/>
    <w:p>
      <w:pPr>
        <w:jc w:val="left"/>
      </w:pPr>
      <w:r>
        <w:rPr>
          <w:b/>
          <w:sz w:val="22"/>
        </w:rPr>
        <w:t>CLÁUSULA OITAVA – DO SIGILO E CONFIDENCIALIDADE</w:t>
      </w:r>
    </w:p>
    <w:p>
      <w:pPr>
        <w:jc w:val="both"/>
      </w:pPr>
      <w:r>
        <w:rPr>
          <w:b w:val="0"/>
          <w:i w:val="0"/>
          <w:sz w:val="20"/>
        </w:rPr>
        <w:t>As partes obrigam-se a manter sigilo sobre todas as informações confidenciais acessadas em razão deste contrato, não podendo divulgá-las a terceiros sem prévia autorização por escrito, salvo ordem judicial.</w:t>
      </w:r>
    </w:p>
    <w:p/>
    <w:p>
      <w:pPr>
        <w:jc w:val="left"/>
      </w:pPr>
      <w:r>
        <w:rPr>
          <w:b/>
          <w:sz w:val="22"/>
        </w:rPr>
        <w:t>CLÁUSULA NONA – DA CESSÃO E TRANSFERÊNCIA</w:t>
      </w:r>
    </w:p>
    <w:p>
      <w:pPr>
        <w:jc w:val="both"/>
      </w:pPr>
      <w:r>
        <w:rPr>
          <w:b w:val="0"/>
          <w:i w:val="0"/>
          <w:sz w:val="20"/>
        </w:rPr>
        <w:t>É vedada a cessão ou transferência deste contrato ou dos direitos dele decorrentes, total ou parcialmente, sem prévia autorização por escrito da outra parte.</w:t>
      </w:r>
    </w:p>
    <w:p/>
    <w:p>
      <w:pPr>
        <w:jc w:val="left"/>
      </w:pPr>
      <w:r>
        <w:rPr>
          <w:b/>
          <w:sz w:val="22"/>
        </w:rPr>
        <w:t>CLÁUSULA DÉCIMA – DAS DISPOSIÇÕES GERAIS</w:t>
      </w:r>
    </w:p>
    <w:p>
      <w:pPr>
        <w:jc w:val="both"/>
      </w:pPr>
      <w:r>
        <w:rPr>
          <w:b w:val="0"/>
          <w:i w:val="0"/>
          <w:sz w:val="20"/>
        </w:rPr>
        <w:t>Este contrato representa a totalidade do acordo entre as partes, substituindo quaisquer entendimentos anteriores, verbais ou escritos, relacionados ao objeto aqui tratado.</w:t>
      </w:r>
    </w:p>
    <w:p>
      <w:pPr>
        <w:jc w:val="both"/>
      </w:pPr>
      <w:r>
        <w:rPr>
          <w:b w:val="0"/>
          <w:i w:val="0"/>
          <w:sz w:val="20"/>
        </w:rPr>
        <w:t>Qualquer modificação deverá ser feita por escrito e assinada por ambas as partes.</w:t>
      </w:r>
    </w:p>
    <w:p/>
    <w:p>
      <w:pPr>
        <w:jc w:val="left"/>
      </w:pPr>
      <w:r>
        <w:rPr>
          <w:b/>
          <w:sz w:val="22"/>
        </w:rPr>
        <w:t>CLÁUSULA DÉCIMA PRIMEIRA – DO FORO</w:t>
      </w:r>
    </w:p>
    <w:p>
      <w:pPr>
        <w:jc w:val="both"/>
      </w:pPr>
      <w:r>
        <w:rPr>
          <w:b w:val="0"/>
          <w:i w:val="0"/>
          <w:sz w:val="20"/>
        </w:rPr>
        <w:t>Para dirimir quaisquer controvérsias oriundas deste contrato, as partes elegem o foro da comarca de ____________________, Estado ____, com renúncia expressa a qualquer outro, por mais privilegiado que seja.</w:t>
      </w:r>
    </w:p>
    <w:p/>
    <w:p/>
    <w:p/>
    <w:p>
      <w:pPr>
        <w:jc w:val="center"/>
      </w:pPr>
      <w:r>
        <w:rPr>
          <w:b w:val="0"/>
          <w:i w:val="0"/>
          <w:sz w:val="20"/>
        </w:rPr>
        <w:t>E, por estarem assim justas e contratadas, firmam o presente instrumento em 2 (duas) vias de igual teor e forma, para todos os fins de direito.</w:t>
      </w:r>
    </w:p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CONTRATANTE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CONTRATADA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br/>
              <w:br/>
              <w:br/>
              <w:t>___________________________________________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br/>
              <w:br/>
              <w:br/>
              <w:t>___________________________________________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t>Nome: ____________________________________</w:t>
              <w:br/>
              <w:t>CPF/CNPJ: ________________________________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Nome: ____________________________________</w:t>
              <w:br/>
              <w:t>CPF/CNPJ: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https://adv-documentos.com/contrato-empresarial/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contrato-empresarial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