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LOCAÇÃO COMERCIAL</w:t>
      </w:r>
    </w:p>
    <w:p/>
    <w:p/>
    <w:p>
      <w:r>
        <w:rPr>
          <w:b w:val="0"/>
          <w:sz w:val="20"/>
        </w:rPr>
        <w:t>LOCADOR: ____________________________________________________________, brasileiro(a), portador(a) do CPF nº __________________, RG nº ________________, residente e domiciliado(a) à ____________________________________________________________, doravante denominado(a) simplesmente LOCADOR.</w:t>
      </w:r>
    </w:p>
    <w:p/>
    <w:p>
      <w:r>
        <w:rPr>
          <w:b w:val="0"/>
          <w:sz w:val="20"/>
        </w:rPr>
        <w:t>LOCATÁRIO: ___________________________________________________________, brasileiro(a)/jurídico(a), portador(a) do CPF/CNPJ nº __________________, RG nº ________________, com endereço comercial à _________________________________________________________, doravante denominado(a) simplesmente LOCATÁRIO.</w:t>
      </w:r>
    </w:p>
    <w:p/>
    <w:p/>
    <w:p>
      <w:r>
        <w:rPr>
          <w:b/>
          <w:sz w:val="22"/>
        </w:rPr>
        <w:t>CLÁUSULA PRIMEIRA – DO OBJETO</w:t>
      </w:r>
    </w:p>
    <w:p>
      <w:r>
        <w:rPr>
          <w:b w:val="0"/>
          <w:sz w:val="20"/>
        </w:rPr>
        <w:t>O LOCADOR dá em locação ao LOCATÁRIO o imóvel comercial situado à ____________________________________________________________, com as seguintes características: ____________________________________________________________.</w:t>
      </w:r>
    </w:p>
    <w:p/>
    <w:p>
      <w:r>
        <w:rPr>
          <w:b/>
          <w:sz w:val="22"/>
        </w:rPr>
        <w:t>CLÁUSULA SEGUNDA – DO PRAZO</w:t>
      </w:r>
    </w:p>
    <w:p>
      <w:r>
        <w:rPr>
          <w:b w:val="0"/>
          <w:sz w:val="20"/>
        </w:rPr>
        <w:t>O prazo da locação é de ______ (__________) meses, iniciando-se em ________ e terminando em ________, podendo ser renovado por igual período mediante acordo entre as partes.</w:t>
      </w:r>
    </w:p>
    <w:p/>
    <w:p>
      <w:r>
        <w:rPr>
          <w:b/>
          <w:sz w:val="22"/>
        </w:rPr>
        <w:t>CLÁUSULA TERCEIRA – DO VALOR E FORMA DE PAGAMENTO</w:t>
      </w:r>
    </w:p>
    <w:p>
      <w:r>
        <w:rPr>
          <w:b w:val="0"/>
          <w:sz w:val="20"/>
        </w:rPr>
        <w:t>O aluguel mensal será de R$ ________________________, devendo ser pago até o dia __ de cada mês, através de ____________________________________________________________.</w:t>
      </w:r>
    </w:p>
    <w:p>
      <w:r>
        <w:rPr>
          <w:b w:val="0"/>
          <w:sz w:val="20"/>
        </w:rPr>
        <w:t>O valor do aluguel será reajustado anualmente, conforme índice oficial ____________________________________________________________, ou outro que venha a substituí-lo.</w:t>
      </w:r>
    </w:p>
    <w:p/>
    <w:p>
      <w:r>
        <w:rPr>
          <w:b/>
          <w:sz w:val="22"/>
        </w:rPr>
        <w:t>CLÁUSULA QUARTA – DO DESTINO DO IMÓVEL</w:t>
      </w:r>
    </w:p>
    <w:p>
      <w:r>
        <w:rPr>
          <w:b w:val="0"/>
          <w:sz w:val="20"/>
        </w:rPr>
        <w:t>O imóvel destina-se exclusivamente ao uso comercial de ____________________________________________________________, ficando vedado ao LOCATÁRIO utilizá-lo para outras finalidades sem autorização expressa do LOCADOR.</w:t>
      </w:r>
    </w:p>
    <w:p/>
    <w:p>
      <w:r>
        <w:rPr>
          <w:b/>
          <w:sz w:val="22"/>
        </w:rPr>
        <w:t>CLÁUSULA QUINTA – DAS OBRIGAÇÕES DO LOCATÁRIO</w:t>
      </w:r>
    </w:p>
    <w:p>
      <w:r>
        <w:rPr>
          <w:b/>
          <w:sz w:val="20"/>
        </w:rPr>
        <w:t>São obrigações do LOCATÁRIO:</w:t>
      </w:r>
    </w:p>
    <w:p>
      <w:r>
        <w:rPr>
          <w:b w:val="0"/>
          <w:sz w:val="20"/>
        </w:rPr>
        <w:t>- Manter o imóvel em bom estado de conservação e higiene;</w:t>
      </w:r>
    </w:p>
    <w:p>
      <w:r>
        <w:rPr>
          <w:b w:val="0"/>
          <w:sz w:val="20"/>
        </w:rPr>
        <w:t>- Realizar as benfeitorias necessárias com autorização prévia e por escrito do LOCADOR;</w:t>
      </w:r>
    </w:p>
    <w:p>
      <w:r>
        <w:rPr>
          <w:b w:val="0"/>
          <w:sz w:val="20"/>
        </w:rPr>
        <w:t>- Pagar pontualmente o aluguel e encargos acessórios;</w:t>
      </w:r>
    </w:p>
    <w:p>
      <w:r>
        <w:rPr>
          <w:b w:val="0"/>
          <w:sz w:val="20"/>
        </w:rPr>
        <w:t>- Respeitar as normas condominiais e legais aplicáveis;</w:t>
      </w:r>
    </w:p>
    <w:p>
      <w:r>
        <w:rPr>
          <w:b w:val="0"/>
          <w:sz w:val="20"/>
        </w:rPr>
        <w:t>- Não ceder ou transferir o contrato, total ou parcialmente, sem consentimento do LOCADOR;</w:t>
      </w:r>
    </w:p>
    <w:p/>
    <w:p>
      <w:r>
        <w:rPr>
          <w:b/>
          <w:sz w:val="22"/>
        </w:rPr>
        <w:t>CLÁUSULA SEXTA – DAS OBRIGAÇÕES DO LOCADOR</w:t>
      </w:r>
    </w:p>
    <w:p>
      <w:r>
        <w:rPr>
          <w:b/>
          <w:sz w:val="20"/>
        </w:rPr>
        <w:t>São obrigações do LOCADOR:</w:t>
      </w:r>
    </w:p>
    <w:p>
      <w:r>
        <w:rPr>
          <w:b w:val="0"/>
          <w:sz w:val="20"/>
        </w:rPr>
        <w:t>- Entregar o imóvel em condições de uso;</w:t>
      </w:r>
    </w:p>
    <w:p>
      <w:r>
        <w:rPr>
          <w:b w:val="0"/>
          <w:sz w:val="20"/>
        </w:rPr>
        <w:t>- Respeitar o direito do LOCATÁRIO ao uso pacífico do imóvel durante a vigência do contrato;</w:t>
      </w:r>
    </w:p>
    <w:p>
      <w:r>
        <w:rPr>
          <w:b w:val="0"/>
          <w:sz w:val="20"/>
        </w:rPr>
        <w:t>- Manter a propriedade em condições estruturais adequadas;</w:t>
      </w:r>
    </w:p>
    <w:p/>
    <w:p>
      <w:r>
        <w:rPr>
          <w:b/>
          <w:sz w:val="22"/>
        </w:rPr>
        <w:t>CLÁUSULA SÉTIMA – DOS ENCARGOS E DESPESAS</w:t>
      </w:r>
    </w:p>
    <w:p>
      <w:r>
        <w:rPr>
          <w:b/>
          <w:sz w:val="20"/>
        </w:rPr>
        <w:t>São de responsabilidade do LOCATÁRIO o pagamento das seguintes despesas:</w:t>
      </w:r>
    </w:p>
    <w:p>
      <w:r>
        <w:rPr>
          <w:b w:val="0"/>
          <w:sz w:val="20"/>
        </w:rPr>
        <w:t>- IPTU;</w:t>
      </w:r>
    </w:p>
    <w:p>
      <w:r>
        <w:rPr>
          <w:b w:val="0"/>
          <w:sz w:val="20"/>
        </w:rPr>
        <w:t>- Condomínio;</w:t>
      </w:r>
    </w:p>
    <w:p>
      <w:r>
        <w:rPr>
          <w:b w:val="0"/>
          <w:sz w:val="20"/>
        </w:rPr>
        <w:t>- Contas de consumo (água, luz, gás, telefone, internet);</w:t>
      </w:r>
    </w:p>
    <w:p>
      <w:r>
        <w:rPr>
          <w:b w:val="0"/>
          <w:sz w:val="20"/>
        </w:rPr>
        <w:t>- Taxas e tributos incidentes sobre o uso do imóvel.</w:t>
      </w:r>
    </w:p>
    <w:p/>
    <w:p>
      <w:r>
        <w:rPr>
          <w:b/>
          <w:sz w:val="22"/>
        </w:rPr>
        <w:t>CLÁUSULA OITAVA – DA GARANTIA</w:t>
      </w:r>
    </w:p>
    <w:p>
      <w:r>
        <w:rPr>
          <w:b w:val="0"/>
          <w:sz w:val="20"/>
        </w:rPr>
        <w:t>Para garantia das obrigações contratuais, o LOCATÁRIO oferece como garantia: ____________________________________________________________ (especificar: caução, fiador, seguro fiança, etc.).</w:t>
      </w:r>
    </w:p>
    <w:p/>
    <w:p>
      <w:r>
        <w:rPr>
          <w:b/>
          <w:sz w:val="22"/>
        </w:rPr>
        <w:t>CLÁUSULA NONA – DA RESCISÃO</w:t>
      </w:r>
    </w:p>
    <w:p>
      <w:r>
        <w:rPr>
          <w:b w:val="0"/>
          <w:sz w:val="20"/>
        </w:rPr>
        <w:t>O presente contrato poderá ser rescindido por qualquer das partes, mediante aviso prévio por escrito com antecedência mínima de ______ dias, sem prejuízo das penalidades previstas em lei e neste contrato.</w:t>
      </w:r>
    </w:p>
    <w:p>
      <w:r>
        <w:rPr>
          <w:b w:val="0"/>
          <w:sz w:val="20"/>
        </w:rPr>
        <w:t>Em caso de descumprimento das cláusulas contratuais, a parte infratora responderá por perdas e danos.</w:t>
      </w:r>
    </w:p>
    <w:p/>
    <w:p>
      <w:r>
        <w:rPr>
          <w:b/>
          <w:sz w:val="22"/>
        </w:rPr>
        <w:t>CLÁUSULA DÉCIMA – DAS BENFEITORIAS</w:t>
      </w:r>
    </w:p>
    <w:p>
      <w:r>
        <w:rPr>
          <w:b w:val="0"/>
          <w:sz w:val="20"/>
        </w:rPr>
        <w:t>As benfeitorias necessárias realizadas pelo LOCATÁRIO, mediante autorização do LOCADOR, serão indenizadas ao final da locação, salvo as voluptuárias que poderão ser removidas, desde que não causem danos ao imóvel.</w:t>
      </w:r>
    </w:p>
    <w:p/>
    <w:p>
      <w:r>
        <w:rPr>
          <w:b/>
          <w:sz w:val="22"/>
        </w:rPr>
        <w:t>CLÁUSULA DÉCIMA PRIMEIRA – DO DIREITO DE PREFERÊNCIA</w:t>
      </w:r>
    </w:p>
    <w:p>
      <w:r>
        <w:rPr>
          <w:b w:val="0"/>
          <w:sz w:val="20"/>
        </w:rPr>
        <w:t>O LOCATÁRIO terá direito de preferência na compra do imóvel locado, caso o LOCADOR decida vendê-lo durante a vigência do contrato, na forma da Lei nº 8.245/91.</w:t>
      </w:r>
    </w:p>
    <w:p/>
    <w:p>
      <w:r>
        <w:rPr>
          <w:b/>
          <w:sz w:val="22"/>
        </w:rPr>
        <w:t>CLÁUSULA DÉCIMA SEGUNDA – DO FORO</w:t>
      </w:r>
    </w:p>
    <w:p>
      <w:r>
        <w:rPr>
          <w:b w:val="0"/>
          <w:sz w:val="20"/>
        </w:rPr>
        <w:t>Fica eleito o foro da comarca de ____________________________ para dirimir quaisquer dúvidas ou litígios oriundos deste contrato, renunciando as partes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E, por estarem assim justos e contratados, firmam o presente instrumento em duas vias de igual teor e forma, para que produza seus jurídicos e legais efeitos.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                    ______________________________</w:t>
      </w:r>
    </w:p>
    <w:p>
      <w:pPr>
        <w:jc w:val="center"/>
      </w:pPr>
      <w:r>
        <w:rPr>
          <w:b w:val="0"/>
          <w:sz w:val="20"/>
        </w:rPr>
        <w:t xml:space="preserve">          LOCADOR                                                   LOCATÁRIO</w:t>
      </w:r>
    </w:p>
    <w:p/>
    <w:p/>
    <w:p>
      <w:r>
        <w:rPr>
          <w:b/>
          <w:sz w:val="20"/>
        </w:rPr>
        <w:t>Testemunhas:</w:t>
      </w:r>
    </w:p>
    <w:p/>
    <w:p>
      <w:r>
        <w:rPr>
          <w:b w:val="0"/>
          <w:sz w:val="20"/>
        </w:rPr>
        <w:t>1) Nome: ______________________________________ CPF: ____________________________</w:t>
      </w:r>
    </w:p>
    <w:p>
      <w:r>
        <w:rPr>
          <w:b w:val="0"/>
          <w:sz w:val="20"/>
        </w:rPr>
        <w:t>Assinatura: _________________________________________________________________</w:t>
      </w:r>
    </w:p>
    <w:p/>
    <w:p>
      <w:r>
        <w:rPr>
          <w:b w:val="0"/>
          <w:sz w:val="20"/>
        </w:rPr>
        <w:t>2) Nome: ______________________________________ CPF: ____________________________</w:t>
      </w:r>
    </w:p>
    <w:p>
      <w:r>
        <w:rPr>
          <w:b w:val="0"/>
          <w:sz w:val="20"/>
        </w:rPr>
        <w:t>Assinatura: 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https://adv-documentos.com/contrato-de-aluguel-comercial/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contrato-de-aluguel-comercial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