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 w:val="0"/>
          <w:sz w:val="22"/>
        </w:rPr>
        <w:t>À</w:t>
      </w:r>
    </w:p>
    <w:p>
      <w:pPr>
        <w:jc w:val="center"/>
      </w:pPr>
      <w:r>
        <w:rPr>
          <w:b/>
          <w:sz w:val="22"/>
        </w:rPr>
        <w:t>Operadora do Plano de Saúde</w:t>
      </w:r>
    </w:p>
    <w:p>
      <w:pPr>
        <w:jc w:val="center"/>
      </w:pPr>
      <w:r>
        <w:rPr>
          <w:b w:val="0"/>
          <w:sz w:val="22"/>
        </w:rPr>
        <w:t>Endereço completo da operadora</w:t>
      </w:r>
    </w:p>
    <w:p>
      <w:pPr>
        <w:jc w:val="center"/>
      </w:pPr>
      <w:r>
        <w:rPr>
          <w:b w:val="0"/>
          <w:sz w:val="22"/>
        </w:rPr>
        <w:t>Cidade - UF</w:t>
      </w:r>
    </w:p>
    <w:p/>
    <w:p/>
    <w:p>
      <w:pPr>
        <w:jc w:val="center"/>
      </w:pPr>
      <w:r>
        <w:rPr>
          <w:b/>
          <w:sz w:val="24"/>
        </w:rPr>
        <w:t>CARTA DE CANCELAMENTO DE PLANO DE SAÚDE</w:t>
      </w:r>
    </w:p>
    <w:p/>
    <w:p/>
    <w:p>
      <w:r>
        <w:rPr>
          <w:b w:val="0"/>
          <w:sz w:val="22"/>
        </w:rPr>
        <w:t>Eu, ________________________________________________, portador(a) do CPF nº ____________________________, e do RG nº ____________________, titular do contrato de plano de saúde nº ___________________________, venho, por meio desta, solicitar o CANCELAMENTO IMEDIATO do referido plano de saúde contratado junto a essa operadora, com fundamento no direito previsto na Resolução Normativa nº 195/2009 da ANS e demais legislações aplicáveis.</w:t>
      </w:r>
    </w:p>
    <w:p/>
    <w:p>
      <w:r>
        <w:rPr>
          <w:b w:val="0"/>
          <w:sz w:val="22"/>
        </w:rPr>
        <w:t>Informo que esta solicitação é irrevogável e que não desejo a continuidade do referido plano, solicitando a suspensão imediata da cobrança dos valores referentes a essa contratação.</w:t>
      </w:r>
    </w:p>
    <w:p/>
    <w:p>
      <w:r>
        <w:rPr>
          <w:b w:val="0"/>
          <w:sz w:val="22"/>
        </w:rPr>
        <w:t>Solicito também a confirmação por escrito do recebimento desta carta e a data efetiva do cancelamento do contrato.</w:t>
      </w:r>
    </w:p>
    <w:p/>
    <w:p>
      <w:r>
        <w:rPr>
          <w:b w:val="0"/>
          <w:sz w:val="22"/>
        </w:rPr>
        <w:t>Declaro estar ciente de que, conforme legislação vigente, a operadora tem o prazo de até 10 (dez) dias úteis para formalizar o cancelamento, e que a não observância desse prazo poderá ensejar cobrança indevida, sujeita às penalidades previstas em lei.</w:t>
      </w:r>
    </w:p>
    <w:p/>
    <w:p>
      <w:r>
        <w:rPr>
          <w:b w:val="0"/>
          <w:sz w:val="22"/>
        </w:rPr>
        <w:t>Solicito ainda que sejam enviados todos os documentos e comprovantes necessários para a formalização do cancelamento e eventual restituição de valores pagos indevidamente.</w:t>
      </w:r>
    </w:p>
    <w:p/>
    <w:p/>
    <w:p>
      <w:r>
        <w:rPr>
          <w:b w:val="0"/>
          <w:sz w:val="22"/>
        </w:rPr>
        <w:t>Sem mais para o momento, agradeço a atenção e aguardo a pronta manifestação da operadora.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</w:t>
      </w:r>
    </w:p>
    <w:p>
      <w:pPr>
        <w:jc w:val="center"/>
      </w:pPr>
      <w:r>
        <w:rPr>
          <w:b w:val="0"/>
          <w:sz w:val="22"/>
        </w:rPr>
        <w:t>Assinatura do Titular</w:t>
      </w:r>
    </w:p>
    <w:p/>
    <w:p>
      <w:r>
        <w:rPr>
          <w:b/>
          <w:sz w:val="22"/>
        </w:rPr>
        <w:t>Nome completo do Titular: _______________________________________________</w:t>
      </w:r>
    </w:p>
    <w:p>
      <w:r>
        <w:rPr>
          <w:b/>
          <w:sz w:val="22"/>
        </w:rPr>
        <w:t>CPF: _______________________________________________________________</w:t>
      </w:r>
    </w:p>
    <w:p>
      <w:r>
        <w:rPr>
          <w:b/>
          <w:sz w:val="22"/>
        </w:rPr>
        <w:t>Endereço completo: ___________________________________________________</w:t>
      </w:r>
    </w:p>
    <w:p>
      <w:r>
        <w:rPr>
          <w:b/>
          <w:sz w:val="22"/>
        </w:rPr>
        <w:t>Telefone para contato: _________________________________________________</w:t>
      </w:r>
    </w:p>
    <w:p>
      <w:r>
        <w:rPr>
          <w:b/>
          <w:sz w:val="22"/>
        </w:rPr>
        <w:t>E-mail: 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https://adv-documentos.com/carta-de-cancelamento-de-plano-de-saude/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carta-de-cancelamento-de-plano-de-saude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