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APELAÇÃO CÍVEL COM PEDIDO DE JUSTIÇA GRATUITA</w:t>
      </w:r>
    </w:p>
    <w:p/>
    <w:p/>
    <w:p>
      <w:r>
        <w:rPr>
          <w:b/>
          <w:sz w:val="20"/>
        </w:rPr>
        <w:t>EXCELENTÍSSIMO(A) SENHOR(A) DESEMBARGADOR(A) PRESIDENTE DO TRIBUNAL DE JUSTIÇA DO ESTADO</w:t>
      </w:r>
    </w:p>
    <w:p>
      <w:r>
        <w:rPr>
          <w:b w:val="0"/>
          <w:sz w:val="20"/>
        </w:rPr>
        <w:t>APELANTE: ____________________________________________________________</w:t>
      </w:r>
    </w:p>
    <w:p>
      <w:r>
        <w:rPr>
          <w:b w:val="0"/>
          <w:sz w:val="20"/>
        </w:rPr>
        <w:t>APELADO: _____________________________________________________________</w:t>
      </w:r>
    </w:p>
    <w:p>
      <w:r>
        <w:rPr>
          <w:b w:val="0"/>
          <w:sz w:val="20"/>
        </w:rPr>
        <w:t>PROCESSO Nº: _________________________________________________________</w:t>
      </w:r>
    </w:p>
    <w:p/>
    <w:p>
      <w:pPr>
        <w:jc w:val="center"/>
      </w:pPr>
      <w:r>
        <w:rPr>
          <w:b/>
          <w:sz w:val="20"/>
        </w:rPr>
        <w:t>_________________________________, já qualificado nos autos da ação em epígrafe, que move contra _______________, por seu advogado infra-assinado, vem, respeitosamente, à presença de Vossa Excelência, interpor a presente</w:t>
      </w:r>
    </w:p>
    <w:p>
      <w:pPr>
        <w:jc w:val="center"/>
      </w:pPr>
      <w:r>
        <w:rPr>
          <w:b/>
          <w:sz w:val="20"/>
        </w:rPr>
        <w:t>APELAÇÃO</w:t>
      </w:r>
    </w:p>
    <w:p>
      <w:pPr>
        <w:jc w:val="center"/>
      </w:pPr>
      <w:r>
        <w:rPr>
          <w:b w:val="0"/>
          <w:sz w:val="20"/>
        </w:rPr>
        <w:t>com fundamento no artigo 1.009 e seguintes do Código de Processo Civil, pelas razões de fato e de direito a seguir expostas.</w:t>
      </w:r>
    </w:p>
    <w:p/>
    <w:p/>
    <w:p>
      <w:r>
        <w:rPr>
          <w:b/>
          <w:sz w:val="20"/>
        </w:rPr>
        <w:t>Requer, ainda, nos termos da Lei nº 1.060/50 e do artigo 98 e seguintes do Código de Processo Civil, a concessão dos benefícios da JUSTIÇA GRATUITA, por não possuir condições de arcar com as custas processuais sem prejuízo do sustento próprio e de sua família.</w:t>
      </w:r>
    </w:p>
    <w:p/>
    <w:p/>
    <w:p>
      <w:pPr>
        <w:jc w:val="center"/>
      </w:pPr>
      <w:r>
        <w:rPr>
          <w:b/>
          <w:sz w:val="24"/>
        </w:rPr>
        <w:t>I - SÍNTESE FÁTICA</w:t>
      </w:r>
    </w:p>
    <w:p>
      <w:r>
        <w:rPr>
          <w:b w:val="0"/>
          <w:sz w:val="20"/>
        </w:rPr>
        <w:t>O apelante ajuizou a presente ação em face do apelado visando a tutela de direitos que lhe são assegurados por lei. Em sentença proferida pelo juízo a quo foi decidido que _____________________________________________________________.</w:t>
      </w:r>
    </w:p>
    <w:p>
      <w:r>
        <w:rPr>
          <w:b w:val="0"/>
          <w:sz w:val="20"/>
        </w:rPr>
        <w:t>Entretanto, discorda do decisum por entender que _______________________________________________________.</w:t>
      </w:r>
    </w:p>
    <w:p/>
    <w:p>
      <w:pPr>
        <w:jc w:val="center"/>
      </w:pPr>
      <w:r>
        <w:rPr>
          <w:b/>
          <w:sz w:val="24"/>
        </w:rPr>
        <w:t>II - DAS RAZÕES DE APELAÇÃO</w:t>
      </w:r>
    </w:p>
    <w:p>
      <w:r>
        <w:rPr>
          <w:b w:val="0"/>
          <w:sz w:val="20"/>
        </w:rPr>
        <w:t>1. DA TEMPESTIVIDADE</w:t>
      </w:r>
    </w:p>
    <w:p>
      <w:r>
        <w:rPr>
          <w:b/>
          <w:sz w:val="20"/>
        </w:rPr>
        <w:t>A presente apelação é tempestiva, tendo em vista que a intimação da sentença ocorreu em ___/___/_____, e o prazo para interposição é de 15 (quinze) dias úteis, conforme artigo 1.003, §5º do CPC.</w:t>
      </w:r>
    </w:p>
    <w:p/>
    <w:p>
      <w:r>
        <w:rPr>
          <w:b w:val="0"/>
          <w:sz w:val="20"/>
        </w:rPr>
        <w:t>2. DO MÉRITO</w:t>
      </w:r>
    </w:p>
    <w:p>
      <w:r>
        <w:rPr>
          <w:b/>
          <w:sz w:val="20"/>
        </w:rPr>
        <w:t>O apelante entende que a decisão merece reforma pelos motivos a seguir expostos:</w:t>
      </w:r>
    </w:p>
    <w:p>
      <w:r>
        <w:rPr>
          <w:b w:val="0"/>
          <w:sz w:val="20"/>
        </w:rPr>
        <w:t>- ____________________________________________________________________________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____________________________________________________________________________</w:t>
      </w:r>
    </w:p>
    <w:p/>
    <w:p>
      <w:r>
        <w:rPr>
          <w:b w:val="0"/>
          <w:sz w:val="20"/>
        </w:rPr>
        <w:t>3. DA JUSTIÇA GRATUITA</w:t>
      </w:r>
    </w:p>
    <w:p>
      <w:r>
        <w:rPr>
          <w:b/>
          <w:sz w:val="20"/>
        </w:rPr>
        <w:t>Conforme declaração de hipossuficiência anexa aos autos, o apelante não possui condições financeiras para arcar com as custas processuais e honorários advocatícios sem prejuízo do seu sustento e de sua família, razão pela qual requer a manutenção da justiça gratuita concedida em primeiro grau, nos termos do artigo 98 e seguintes do CPC e da Lei nº 1.060/50.</w:t>
      </w:r>
    </w:p>
    <w:p/>
    <w:p>
      <w:pPr>
        <w:jc w:val="center"/>
      </w:pPr>
      <w:r>
        <w:rPr>
          <w:b/>
          <w:sz w:val="24"/>
        </w:rPr>
        <w:t>III - DOS PEDIDOS</w:t>
      </w:r>
    </w:p>
    <w:p>
      <w:r>
        <w:rPr>
          <w:b w:val="0"/>
          <w:sz w:val="20"/>
        </w:rPr>
        <w:t>Diante do exposto, requer:</w:t>
      </w:r>
    </w:p>
    <w:p>
      <w:r>
        <w:rPr>
          <w:b w:val="0"/>
          <w:sz w:val="20"/>
        </w:rPr>
        <w:t>a) O recebimento e conhecimento desta apelação, com a posterior remessa dos autos ao Egrégio Tribunal;</w:t>
      </w:r>
    </w:p>
    <w:p>
      <w:r>
        <w:rPr>
          <w:b w:val="0"/>
          <w:sz w:val="20"/>
        </w:rPr>
        <w:t>b) A concessão ou manutenção dos benefícios da justiça gratuita;</w:t>
      </w:r>
    </w:p>
    <w:p>
      <w:r>
        <w:rPr>
          <w:b w:val="0"/>
          <w:sz w:val="20"/>
        </w:rPr>
        <w:t>c) A intimação do apelado para apresentar contrarrazões no prazo legal;</w:t>
      </w:r>
    </w:p>
    <w:p>
      <w:r>
        <w:rPr>
          <w:b w:val="0"/>
          <w:sz w:val="20"/>
        </w:rPr>
        <w:t>d) A reforma da sentença para que seja julgado procedente o pedido, nos termos delineados nas razões acima;</w:t>
      </w:r>
    </w:p>
    <w:p>
      <w:r>
        <w:rPr>
          <w:b w:val="0"/>
          <w:sz w:val="20"/>
        </w:rPr>
        <w:t>e) A condenação do apelado ao pagamento das custas e honorários advocatícios sucumbenciais;</w:t>
      </w:r>
    </w:p>
    <w:p>
      <w:r>
        <w:rPr>
          <w:b w:val="0"/>
          <w:sz w:val="20"/>
        </w:rPr>
        <w:t>f) Protesta provar o alegado por todos os meios de prova em direito admitidos, especialmente documental, testemunhal e pericial, se necessário.</w:t>
      </w:r>
    </w:p>
    <w:p/>
    <w:p/>
    <w:p>
      <w:pPr>
        <w:jc w:val="center"/>
      </w:pPr>
      <w:r>
        <w:rPr>
          <w:b/>
          <w:sz w:val="24"/>
        </w:rPr>
        <w:t>IV - DAS PROVAS</w:t>
      </w:r>
    </w:p>
    <w:p>
      <w:r>
        <w:rPr>
          <w:b w:val="0"/>
          <w:sz w:val="20"/>
        </w:rPr>
        <w:t>O apelante protesta pela produção de todas as provas admitidas em direito, notadamente:</w:t>
      </w:r>
    </w:p>
    <w:p>
      <w:r>
        <w:rPr>
          <w:b w:val="0"/>
          <w:sz w:val="20"/>
        </w:rPr>
        <w:t>- Prova documental;</w:t>
      </w:r>
    </w:p>
    <w:p>
      <w:r>
        <w:rPr>
          <w:b w:val="0"/>
          <w:sz w:val="20"/>
        </w:rPr>
        <w:t>- Prova testemunhal;</w:t>
      </w:r>
    </w:p>
    <w:p>
      <w:r>
        <w:rPr>
          <w:b w:val="0"/>
          <w:sz w:val="20"/>
        </w:rPr>
        <w:t>- Prova pericial, se necessária;</w:t>
      </w:r>
    </w:p>
    <w:p>
      <w:r>
        <w:rPr>
          <w:b w:val="0"/>
          <w:sz w:val="20"/>
        </w:rPr>
        <w:t>- Prova oral em audiência.</w:t>
      </w:r>
    </w:p>
    <w:p/>
    <w:p>
      <w:pPr>
        <w:jc w:val="center"/>
      </w:pPr>
      <w:r>
        <w:rPr>
          <w:b/>
          <w:sz w:val="24"/>
        </w:rPr>
        <w:t>V - DO VALOR DA CAUSA</w:t>
      </w:r>
    </w:p>
    <w:p>
      <w:r>
        <w:rPr>
          <w:b/>
          <w:sz w:val="20"/>
        </w:rPr>
        <w:t>Dá-se à causa o valor de R$ ___________________, para efeitos fiscais e processuais.</w:t>
      </w:r>
    </w:p>
    <w:p/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/>
    <w:p/>
    <w:p>
      <w:r>
        <w:rPr>
          <w:b w:val="0"/>
          <w:sz w:val="20"/>
        </w:rPr>
        <w:t>_______________________________________</w:t>
      </w:r>
    </w:p>
    <w:p>
      <w:r>
        <w:rPr>
          <w:b w:val="0"/>
          <w:sz w:val="20"/>
        </w:rPr>
        <w:t>Nome do advogado</w:t>
      </w:r>
    </w:p>
    <w:p>
      <w:r>
        <w:rPr>
          <w:b w:val="0"/>
          <w:sz w:val="20"/>
        </w:rPr>
        <w:t>OAB/UF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https://adv-documentos.com/apelacao-justica/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https://adv-documentos.com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adv-documentos.com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documentos.com/apelacao-justica/" TargetMode="External"/><Relationship Id="rId10" Type="http://schemas.openxmlformats.org/officeDocument/2006/relationships/hyperlink" Target="https://adv-documen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