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ACORDO DE SEPARAÇÃO</w:t>
      </w:r>
    </w:p>
    <w:p/>
    <w:p/>
    <w:p>
      <w:pPr>
        <w:jc w:val="both"/>
      </w:pPr>
      <w:r>
        <w:rPr>
          <w:b w:val="0"/>
          <w:i w:val="0"/>
          <w:sz w:val="22"/>
        </w:rPr>
        <w:t>Pelo presente instrumento particular de ACORDO DE SEPARAÇÃO,</w:t>
      </w:r>
    </w:p>
    <w:p>
      <w:pPr>
        <w:jc w:val="both"/>
      </w:pPr>
      <w:r>
        <w:rPr>
          <w:b w:val="0"/>
          <w:i w:val="0"/>
          <w:sz w:val="22"/>
        </w:rPr>
        <w:t xml:space="preserve">de um lado, </w:t>
      </w:r>
    </w:p>
    <w:p>
      <w:pPr>
        <w:jc w:val="both"/>
      </w:pPr>
      <w:r>
        <w:rPr>
          <w:b w:val="0"/>
          <w:i w:val="0"/>
          <w:sz w:val="22"/>
        </w:rPr>
        <w:t>__________________________________________________________, brasileiro(a), estado civil _______, profissão ____________, portador(a) do RG nº __________________ e CPF nº __________________, residente e domiciliado(a) na ____________________________, nº _______, bairro ________________, cidade ________________, estado ________,</w:t>
      </w:r>
    </w:p>
    <w:p>
      <w:pPr>
        <w:jc w:val="both"/>
      </w:pPr>
      <w:r>
        <w:rPr>
          <w:b w:val="0"/>
          <w:i w:val="0"/>
          <w:sz w:val="22"/>
        </w:rPr>
        <w:t>doravante denominado(a) PRIMEIRO(A) CONJUGE;</w:t>
      </w:r>
    </w:p>
    <w:p/>
    <w:p>
      <w:pPr>
        <w:jc w:val="both"/>
      </w:pPr>
      <w:r>
        <w:rPr>
          <w:b w:val="0"/>
          <w:i w:val="0"/>
          <w:sz w:val="22"/>
        </w:rPr>
        <w:t>e de outro lado,</w:t>
      </w:r>
    </w:p>
    <w:p>
      <w:pPr>
        <w:jc w:val="both"/>
      </w:pPr>
      <w:r>
        <w:rPr>
          <w:b w:val="0"/>
          <w:i w:val="0"/>
          <w:sz w:val="22"/>
        </w:rPr>
        <w:t>__________________________________________________________, brasileiro(a), estado civil _______, profissão ____________, portador(a) do RG nº __________________ e CPF nº __________________, residente e domiciliado(a) na ____________________________, nº _______, bairro ________________, cidade ________________, estado ________,</w:t>
      </w:r>
    </w:p>
    <w:p>
      <w:pPr>
        <w:jc w:val="both"/>
      </w:pPr>
      <w:r>
        <w:rPr>
          <w:b w:val="0"/>
          <w:i w:val="0"/>
          <w:sz w:val="22"/>
        </w:rPr>
        <w:t>doravante denominado(a) SEGUNDO(A) CONJUGE;</w:t>
      </w:r>
    </w:p>
    <w:p/>
    <w:p>
      <w:pPr>
        <w:jc w:val="both"/>
      </w:pPr>
      <w:r>
        <w:rPr>
          <w:b w:val="0"/>
          <w:i w:val="0"/>
          <w:sz w:val="22"/>
        </w:rPr>
        <w:t>têm entre si, justo e contratado, o presente ACORDO DE SEPARAÇÃO, que se regerá pelas cláusulas e condições seguintes:</w:t>
      </w:r>
    </w:p>
    <w:p/>
    <w:p>
      <w:pPr>
        <w:jc w:val="both"/>
      </w:pPr>
      <w:r>
        <w:rPr>
          <w:b w:val="0"/>
          <w:i w:val="0"/>
          <w:sz w:val="22"/>
        </w:rPr>
        <w:t>CLÁUSULA 1ª – DO OBJETO</w:t>
      </w:r>
    </w:p>
    <w:p>
      <w:pPr>
        <w:jc w:val="both"/>
      </w:pPr>
      <w:r>
        <w:rPr>
          <w:b w:val="0"/>
          <w:i w:val="0"/>
          <w:sz w:val="22"/>
        </w:rPr>
        <w:t>O presente acordo tem por objeto a separação de fato/ judicial do casal, com a regulamentação das questões patrimoniais, pessoais e familiares dela decorrentes.</w:t>
      </w:r>
    </w:p>
    <w:p/>
    <w:p>
      <w:pPr>
        <w:jc w:val="both"/>
      </w:pPr>
      <w:r>
        <w:rPr>
          <w:b w:val="0"/>
          <w:i w:val="0"/>
          <w:sz w:val="22"/>
        </w:rPr>
        <w:t>CLÁUSULA 2ª – DA SEPARAÇÃO DE BENS</w:t>
      </w:r>
    </w:p>
    <w:p>
      <w:pPr>
        <w:jc w:val="both"/>
      </w:pPr>
      <w:r>
        <w:rPr>
          <w:b w:val="0"/>
          <w:i w:val="0"/>
          <w:sz w:val="22"/>
        </w:rPr>
        <w:t>O casal declara que, durante o casamento, vigorou o regime de ___________ (comunhão parcial, comunhão universal, separação total, participação final nos aquestos), e, por meio deste acordo, estabelecem o seguinte:</w:t>
      </w:r>
    </w:p>
    <w:p>
      <w:pPr>
        <w:jc w:val="both"/>
      </w:pPr>
      <w:r>
        <w:rPr>
          <w:b w:val="0"/>
          <w:i w:val="0"/>
          <w:sz w:val="22"/>
        </w:rPr>
        <w:t>- Os bens adquiridos antes do casamento pertencem a cada cônjuge, conforme discriminado abaixo:</w:t>
      </w:r>
    </w:p>
    <w:p>
      <w:pPr>
        <w:jc w:val="both"/>
      </w:pPr>
      <w:r>
        <w:rPr>
          <w:b w:val="0"/>
          <w:i w:val="0"/>
          <w:sz w:val="22"/>
        </w:rPr>
        <w:t xml:space="preserve">  Primeiro(a) cônjuge: ______________________________________________________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 xml:space="preserve">  Segundo(a) cônjuge: ______________________________________________________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- Os bens adquiridos na constância do casamento serão partilhados da seguinte forma:</w:t>
      </w:r>
    </w:p>
    <w:p>
      <w:pPr>
        <w:jc w:val="both"/>
      </w:pPr>
      <w:r>
        <w:rPr>
          <w:b w:val="0"/>
          <w:i w:val="0"/>
          <w:sz w:val="22"/>
        </w:rPr>
        <w:t xml:space="preserve">  __________________________________________________________________________</w:t>
      </w:r>
    </w:p>
    <w:p/>
    <w:p>
      <w:pPr>
        <w:jc w:val="both"/>
      </w:pPr>
      <w:r>
        <w:rPr>
          <w:b w:val="0"/>
          <w:i w:val="0"/>
          <w:sz w:val="22"/>
        </w:rPr>
        <w:t>CLÁUSULA 3ª – DA GUARDA E VISITA DOS FILHOS</w:t>
      </w:r>
    </w:p>
    <w:p>
      <w:pPr>
        <w:jc w:val="both"/>
      </w:pPr>
      <w:r>
        <w:rPr>
          <w:b w:val="0"/>
          <w:i w:val="0"/>
          <w:sz w:val="22"/>
        </w:rPr>
        <w:t>Os cônjuges têm ______ filhos menores, a saber:</w:t>
      </w:r>
    </w:p>
    <w:p>
      <w:pPr>
        <w:jc w:val="both"/>
      </w:pPr>
      <w:r>
        <w:rPr>
          <w:b w:val="0"/>
          <w:i w:val="0"/>
          <w:sz w:val="22"/>
        </w:rPr>
        <w:t xml:space="preserve">  __________________________________________________________________________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Fica ajustada a guarda _______________ (compartilhada ou unilateral) do(s) filho(s), conforme as condições abaixo:</w:t>
      </w:r>
    </w:p>
    <w:p>
      <w:pPr>
        <w:jc w:val="both"/>
      </w:pPr>
      <w:r>
        <w:rPr>
          <w:b w:val="0"/>
          <w:i w:val="0"/>
          <w:sz w:val="22"/>
        </w:rPr>
        <w:t xml:space="preserve">  __________________________________________________________________________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O direito de visita será exercido pelo cônjuge não guardião nos seguintes termos:</w:t>
      </w:r>
    </w:p>
    <w:p>
      <w:pPr>
        <w:jc w:val="both"/>
      </w:pPr>
      <w:r>
        <w:rPr>
          <w:b w:val="0"/>
          <w:i w:val="0"/>
          <w:sz w:val="22"/>
        </w:rPr>
        <w:t xml:space="preserve">  __________________________________________________________________________</w:t>
      </w:r>
    </w:p>
    <w:p/>
    <w:p>
      <w:pPr>
        <w:jc w:val="both"/>
      </w:pPr>
      <w:r>
        <w:rPr>
          <w:b w:val="0"/>
          <w:i w:val="0"/>
          <w:sz w:val="22"/>
        </w:rPr>
        <w:t>CLÁUSULA 4ª – DOS ALIMENTOS</w:t>
      </w:r>
    </w:p>
    <w:p>
      <w:pPr>
        <w:jc w:val="both"/>
      </w:pPr>
      <w:r>
        <w:rPr>
          <w:b w:val="0"/>
          <w:i w:val="0"/>
          <w:sz w:val="22"/>
        </w:rPr>
        <w:t>O(a) ____________(primeiro ou segundo) cônjuge compromete-se a pagar pensão alimentícia em favor do(a) ____________ no valor de R$ ____________ (__________), a ser pago até o dia ___ de cada mês, mediante depósito em conta bancária nº ____________, agência ____________, banco ____________.</w:t>
      </w:r>
    </w:p>
    <w:p>
      <w:pPr>
        <w:jc w:val="both"/>
      </w:pPr>
      <w:r>
        <w:rPr>
          <w:b w:val="0"/>
          <w:i w:val="0"/>
          <w:sz w:val="22"/>
        </w:rPr>
        <w:t>O valor poderá ser revisto judicialmente em caso de alteração na situação financeira das partes.</w:t>
      </w:r>
    </w:p>
    <w:p/>
    <w:p>
      <w:pPr>
        <w:jc w:val="both"/>
      </w:pPr>
      <w:r>
        <w:rPr>
          <w:b w:val="0"/>
          <w:i w:val="0"/>
          <w:sz w:val="22"/>
        </w:rPr>
        <w:t>CLÁUSULA 5ª – DA PENSÃO ALIMENTÍCIA PARA FILHOS</w:t>
      </w:r>
    </w:p>
    <w:p>
      <w:pPr>
        <w:jc w:val="both"/>
      </w:pPr>
      <w:r>
        <w:rPr>
          <w:b w:val="0"/>
          <w:i w:val="0"/>
          <w:sz w:val="22"/>
        </w:rPr>
        <w:t>O valor da pensão alimentícia em favor dos filhos será de R$ ____________ (__________), por filho, a ser pago pelo(a) ____________ (indicar quem pagará), até que cada filho atinja a maioridade ou complete os estudos, conforme legislação vigente.</w:t>
      </w:r>
    </w:p>
    <w:p/>
    <w:p>
      <w:pPr>
        <w:jc w:val="both"/>
      </w:pPr>
      <w:r>
        <w:rPr>
          <w:b w:val="0"/>
          <w:i w:val="0"/>
          <w:sz w:val="22"/>
        </w:rPr>
        <w:t>CLÁUSULA 6ª – DA PARTILHA DE BENS</w:t>
      </w:r>
    </w:p>
    <w:p>
      <w:pPr>
        <w:jc w:val="both"/>
      </w:pPr>
      <w:r>
        <w:rPr>
          <w:b w:val="0"/>
          <w:i w:val="0"/>
          <w:sz w:val="22"/>
        </w:rPr>
        <w:t>Os bens comuns do casal serão partilhados da seguinte forma:</w:t>
      </w:r>
    </w:p>
    <w:p>
      <w:pPr>
        <w:jc w:val="both"/>
      </w:pPr>
      <w:r>
        <w:rPr>
          <w:b w:val="0"/>
          <w:i w:val="0"/>
          <w:sz w:val="22"/>
        </w:rPr>
        <w:t xml:space="preserve">  __________________________________________________________________________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Fica acordado que o(a) ____________ ficará responsável pelos bens descritos acima, comprometendo-se a indenizar o(a) ____________ caso haja desequilíbrio patrimonial.</w:t>
      </w:r>
    </w:p>
    <w:p/>
    <w:p>
      <w:pPr>
        <w:jc w:val="both"/>
      </w:pPr>
      <w:r>
        <w:rPr>
          <w:b w:val="0"/>
          <w:i w:val="0"/>
          <w:sz w:val="22"/>
        </w:rPr>
        <w:t>CLÁUSULA 7ª – DAS DÍVIDAS E OBRIGAÇÕES</w:t>
      </w:r>
    </w:p>
    <w:p>
      <w:pPr>
        <w:jc w:val="both"/>
      </w:pPr>
      <w:r>
        <w:rPr>
          <w:b w:val="0"/>
          <w:i w:val="0"/>
          <w:sz w:val="22"/>
        </w:rPr>
        <w:t>As dívidas contraídas durante o casamento serão partilhadas da seguinte maneira:</w:t>
      </w:r>
    </w:p>
    <w:p>
      <w:pPr>
        <w:jc w:val="both"/>
      </w:pPr>
      <w:r>
        <w:rPr>
          <w:b w:val="0"/>
          <w:i w:val="0"/>
          <w:sz w:val="22"/>
        </w:rPr>
        <w:t xml:space="preserve">  __________________________________________________________________________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Cada cônjuge responderá pelas dívidas e obrigações contraídas em seu nome após a separação.</w:t>
      </w:r>
    </w:p>
    <w:p/>
    <w:p>
      <w:pPr>
        <w:jc w:val="both"/>
      </w:pPr>
      <w:r>
        <w:rPr>
          <w:b w:val="0"/>
          <w:i w:val="0"/>
          <w:sz w:val="22"/>
        </w:rPr>
        <w:t>CLÁUSULA 8ª – DA MORADIA</w:t>
      </w:r>
    </w:p>
    <w:p>
      <w:pPr>
        <w:jc w:val="both"/>
      </w:pPr>
      <w:r>
        <w:rPr>
          <w:b w:val="0"/>
          <w:i w:val="0"/>
          <w:sz w:val="22"/>
        </w:rPr>
        <w:t>Fica ajustado que o imóvel localizado em ______________________________ será utilizado por ____________ (indicar quem ficará na posse), ficando o outro cônjuge dispensado de qualquer responsabilidade sobre ele após a separação.</w:t>
      </w:r>
    </w:p>
    <w:p/>
    <w:p>
      <w:pPr>
        <w:jc w:val="both"/>
      </w:pPr>
      <w:r>
        <w:rPr>
          <w:b w:val="0"/>
          <w:i w:val="0"/>
          <w:sz w:val="22"/>
        </w:rPr>
        <w:t>CLÁUSULA 9ª – DA RENÚNCIA DE DIREITOS</w:t>
      </w:r>
    </w:p>
    <w:p>
      <w:pPr>
        <w:jc w:val="both"/>
      </w:pPr>
      <w:r>
        <w:rPr>
          <w:b w:val="0"/>
          <w:i w:val="0"/>
          <w:sz w:val="22"/>
        </w:rPr>
        <w:t>As partes renunciam expressamente a quaisquer direitos não previstos neste acordo, ressalvadas as disposições legais imperativas.</w:t>
      </w:r>
    </w:p>
    <w:p/>
    <w:p>
      <w:pPr>
        <w:jc w:val="both"/>
      </w:pPr>
      <w:r>
        <w:rPr>
          <w:b w:val="0"/>
          <w:i w:val="0"/>
          <w:sz w:val="22"/>
        </w:rPr>
        <w:t>CLÁUSULA 10ª – DISPOSIÇÕES GERAIS</w:t>
      </w:r>
    </w:p>
    <w:p>
      <w:pPr>
        <w:jc w:val="both"/>
      </w:pPr>
      <w:r>
        <w:rPr>
          <w:b w:val="0"/>
          <w:i w:val="0"/>
          <w:sz w:val="22"/>
        </w:rPr>
        <w:t>- As partes comprometem-se a cumprir fielmente as cláusulas deste acordo;</w:t>
      </w:r>
    </w:p>
    <w:p>
      <w:pPr>
        <w:jc w:val="both"/>
      </w:pPr>
      <w:r>
        <w:rPr>
          <w:b w:val="0"/>
          <w:i w:val="0"/>
          <w:sz w:val="22"/>
        </w:rPr>
        <w:t>- Qualquer modificação deverá ser formalizada por escrito e assinada por ambas as partes;</w:t>
      </w:r>
    </w:p>
    <w:p>
      <w:pPr>
        <w:jc w:val="both"/>
      </w:pPr>
      <w:r>
        <w:rPr>
          <w:b w:val="0"/>
          <w:i w:val="0"/>
          <w:sz w:val="22"/>
        </w:rPr>
        <w:t>- Este acordo poderá ser homologado judicialmente para surtir efeitos legais.</w:t>
      </w:r>
    </w:p>
    <w:p/>
    <w:p>
      <w:pPr>
        <w:jc w:val="both"/>
      </w:pPr>
      <w:r>
        <w:rPr>
          <w:b w:val="0"/>
          <w:i w:val="0"/>
          <w:sz w:val="22"/>
        </w:rPr>
        <w:t>CLÁUSULA 11ª – DO FORO</w:t>
      </w:r>
    </w:p>
    <w:p>
      <w:pPr>
        <w:jc w:val="both"/>
      </w:pPr>
      <w:r>
        <w:rPr>
          <w:b w:val="0"/>
          <w:i w:val="0"/>
          <w:sz w:val="22"/>
        </w:rPr>
        <w:t>Para dirimir quaisquer dúvidas ou litígios oriundos deste acordo, fica eleito o foro da comarca de ____________________, com renúncia de qualquer outro, por mais privilegiado que seja.</w:t>
      </w:r>
    </w:p>
    <w:p/>
    <w:p>
      <w:pPr>
        <w:jc w:val="both"/>
      </w:pPr>
      <w:r>
        <w:rPr>
          <w:b w:val="0"/>
          <w:i w:val="0"/>
          <w:sz w:val="22"/>
        </w:rPr>
        <w:t>E por estarem assim justos e acordados, assinam o presente instrumento em 3 (três) vias de igual teor e forma, na presença de 2 (duas) testemunhas.</w:t>
      </w:r>
    </w:p>
    <w:p/>
    <w:p>
      <w:pPr>
        <w:jc w:val="both"/>
      </w:pPr>
      <w:r>
        <w:rPr>
          <w:b w:val="0"/>
          <w:i w:val="0"/>
          <w:sz w:val="22"/>
        </w:rPr>
        <w:t>______________________________                ______________________________</w:t>
      </w:r>
    </w:p>
    <w:p>
      <w:pPr>
        <w:jc w:val="both"/>
      </w:pPr>
      <w:r>
        <w:rPr>
          <w:b w:val="0"/>
          <w:i w:val="0"/>
          <w:sz w:val="22"/>
        </w:rPr>
        <w:t>Primeiro(a) Cônjuge                              Segundo(a) Cônjuge</w:t>
      </w:r>
    </w:p>
    <w:p/>
    <w:p>
      <w:pPr>
        <w:jc w:val="both"/>
      </w:pPr>
      <w:r>
        <w:rPr>
          <w:b w:val="0"/>
          <w:i w:val="0"/>
          <w:sz w:val="22"/>
        </w:rPr>
        <w:t>Testemunhas:</w:t>
      </w:r>
    </w:p>
    <w:p/>
    <w:p>
      <w:pPr>
        <w:jc w:val="both"/>
      </w:pPr>
      <w:r>
        <w:rPr>
          <w:b w:val="0"/>
          <w:i w:val="0"/>
          <w:sz w:val="22"/>
        </w:rPr>
        <w:t>1. ____________________________    CPF: ____________________________</w:t>
      </w:r>
    </w:p>
    <w:p/>
    <w:p>
      <w:pPr>
        <w:jc w:val="both"/>
      </w:pPr>
      <w:r>
        <w:rPr>
          <w:b w:val="0"/>
          <w:i w:val="0"/>
          <w:sz w:val="22"/>
        </w:rPr>
        <w:t>2. ____________________________    CPF: 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https://adv-documentos.com/acordo-de-separacao/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https://adv-documentos.com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adv-documentos.com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documentos.com/acordo-de-separacao/" TargetMode="External"/><Relationship Id="rId10" Type="http://schemas.openxmlformats.org/officeDocument/2006/relationships/hyperlink" Target="https://adv-document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