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DIVÓRCIO CONSENSUAL</w:t>
      </w:r>
    </w:p>
    <w:p/>
    <w:p/>
    <w:p>
      <w:r>
        <w:rPr>
          <w:b/>
          <w:sz w:val="22"/>
        </w:rPr>
        <w:t>EXCELENTÍSSIMO(A) SENHOR(A) DOUTOR(A) JUIZ(A) DE DIREITO DA ___ VARA DE FAMÍLIA E SUCESSÕES DA COMARCA DE __________________________</w:t>
      </w:r>
    </w:p>
    <w:p/>
    <w:p/>
    <w:p>
      <w:pPr>
        <w:jc w:val="both"/>
      </w:pPr>
      <w:r>
        <w:rPr>
          <w:b w:val="0"/>
          <w:sz w:val="22"/>
        </w:rPr>
        <w:t>NOME COMPLETO DO(A) REQUERENTE 1, nacionalidade, estado civil, profissão, portador(a) da carteira de identidade nº _____________ e inscrito(a) no CPF sob nº ____________, residente e domiciliado(a) na Rua ____________________________, nº ___, Bairro ____________, Cidade ____________, Estado ____________, CEP ____________, e</w:t>
      </w:r>
    </w:p>
    <w:p/>
    <w:p>
      <w:pPr>
        <w:jc w:val="both"/>
      </w:pPr>
      <w:r>
        <w:rPr>
          <w:b w:val="0"/>
          <w:sz w:val="22"/>
        </w:rPr>
        <w:t>NOME COMPLETO DO(A) REQUERENTE 2, nacionalidade, estado civil, profissão, portador(a) da carteira de identidade nº _____________ e inscrito(a) no CPF sob nº ____________, residente e domiciliado(a) na Rua ____________________________, nº ___, Bairro ____________, Cidade ____________, Estado ____________, CEP ____________,</w:t>
      </w:r>
    </w:p>
    <w:p/>
    <w:p>
      <w:pPr>
        <w:jc w:val="center"/>
      </w:pPr>
      <w:r>
        <w:rPr>
          <w:b w:val="0"/>
          <w:sz w:val="22"/>
        </w:rPr>
        <w:t>por meio de seu(sua) advogado(a) infra-assinado(a), devidamente inscrito(a) na OAB/___ sob o nº ____________, com escritório profissional na Rua ____________________________, nº ___, Bairro ____________, Cidade ____________, Estado ____________, CEP ____________, onde recebe intimações e notificações, vêm, respeitosamente, à presença de Vossa Excelência propor a presente</w:t>
      </w:r>
    </w:p>
    <w:p/>
    <w:p>
      <w:pPr>
        <w:jc w:val="center"/>
      </w:pPr>
      <w:r>
        <w:rPr>
          <w:b/>
          <w:sz w:val="24"/>
        </w:rPr>
        <w:t>AÇÃO DE DIVÓRCIO CONSENSUAL</w:t>
      </w:r>
    </w:p>
    <w:p/>
    <w:p>
      <w:r>
        <w:rPr>
          <w:b/>
          <w:sz w:val="22"/>
        </w:rPr>
        <w:t>I - DOS FATOS</w:t>
      </w:r>
    </w:p>
    <w:p/>
    <w:p>
      <w:pPr>
        <w:jc w:val="both"/>
      </w:pPr>
      <w:r>
        <w:rPr>
          <w:b w:val="0"/>
          <w:sz w:val="22"/>
        </w:rPr>
        <w:t>Os requerentes contraíram matrimônio em ___/___/____, sob o regime de ________________________, conforme certidão de casamento anexa. Durante o casamento, adquiriram os seguintes bens: _______________________________________________________________.</w:t>
      </w:r>
    </w:p>
    <w:p/>
    <w:p>
      <w:pPr>
        <w:jc w:val="both"/>
      </w:pPr>
      <w:r>
        <w:rPr>
          <w:b w:val="0"/>
          <w:sz w:val="22"/>
        </w:rPr>
        <w:t>O casal decidiu, de forma livre, consciente e consensual, pela dissolução do vínculo matrimonial, com a partilha dos bens acima mencionados, conforme acordado entre as partes.</w:t>
      </w:r>
    </w:p>
    <w:p/>
    <w:p>
      <w:r>
        <w:rPr>
          <w:b/>
          <w:sz w:val="22"/>
        </w:rPr>
        <w:t>II - DOS FILHOS</w:t>
      </w:r>
    </w:p>
    <w:p/>
    <w:p>
      <w:pPr>
        <w:jc w:val="both"/>
      </w:pPr>
      <w:r>
        <w:rPr>
          <w:b w:val="0"/>
          <w:sz w:val="22"/>
        </w:rPr>
        <w:t>Os requerentes têm ______ filho(s) menor(es), a saber: ____________________________, nascido(s) em ___/___/____, conforme certidão(ões) anexa(s).</w:t>
      </w:r>
    </w:p>
    <w:p/>
    <w:p>
      <w:pPr>
        <w:jc w:val="both"/>
      </w:pPr>
      <w:r>
        <w:rPr>
          <w:b w:val="0"/>
          <w:sz w:val="22"/>
        </w:rPr>
        <w:t>Fica ajustado entre as partes o seguinte regime de guarda: ____________________________.</w:t>
      </w:r>
    </w:p>
    <w:p/>
    <w:p>
      <w:pPr>
        <w:jc w:val="both"/>
      </w:pPr>
      <w:r>
        <w:rPr>
          <w:b w:val="0"/>
          <w:sz w:val="22"/>
        </w:rPr>
        <w:t>Quanto à convivência, os requerentes acordam que o filho permanecerá sob a guarda de ____________________________, com direito de visitas do outro genitor conforme o seguinte regime: ____________________________.</w:t>
      </w:r>
    </w:p>
    <w:p/>
    <w:p>
      <w:pPr>
        <w:jc w:val="both"/>
      </w:pPr>
      <w:r>
        <w:rPr>
          <w:b w:val="0"/>
          <w:sz w:val="22"/>
        </w:rPr>
        <w:t>O valor da pensão alimentícia será de R$ ________ (__________________________), a ser pago mensalmente pelo(a) requerente ____________________, mediante depósito em conta bancária a ser indicada, com reajuste anual pelo índice oficial.</w:t>
      </w:r>
    </w:p>
    <w:p/>
    <w:p>
      <w:r>
        <w:rPr>
          <w:b/>
          <w:sz w:val="22"/>
        </w:rPr>
        <w:t>III - DA PARTILHA DE BENS</w:t>
      </w:r>
    </w:p>
    <w:p/>
    <w:p>
      <w:pPr>
        <w:jc w:val="both"/>
      </w:pPr>
      <w:r>
        <w:rPr>
          <w:b w:val="0"/>
          <w:sz w:val="22"/>
        </w:rPr>
        <w:t>Os bens comuns adquiridos na constância do casamento serão partilhados conforme o seguinte acordo:</w:t>
      </w:r>
    </w:p>
    <w:p/>
    <w:p>
      <w:r>
        <w:rPr>
          <w:b w:val="0"/>
          <w:sz w:val="22"/>
        </w:rPr>
        <w:t>- Bem 1: ________________________________________________________________;</w:t>
      </w:r>
    </w:p>
    <w:p>
      <w:r>
        <w:rPr>
          <w:b w:val="0"/>
          <w:sz w:val="22"/>
        </w:rPr>
        <w:t>- Bem 2: ________________________________________________________________;</w:t>
      </w:r>
    </w:p>
    <w:p>
      <w:r>
        <w:rPr>
          <w:b w:val="0"/>
          <w:sz w:val="22"/>
        </w:rPr>
        <w:t>- Bem 3: ________________________________________________________________.</w:t>
      </w:r>
    </w:p>
    <w:p/>
    <w:p>
      <w:pPr>
        <w:jc w:val="both"/>
      </w:pPr>
      <w:r>
        <w:rPr>
          <w:b w:val="0"/>
          <w:sz w:val="22"/>
        </w:rPr>
        <w:t>As partes declaram que não possuem outros bens a partilhar e que estão de acordo com a presente divisão.</w:t>
      </w:r>
    </w:p>
    <w:p/>
    <w:p>
      <w:r>
        <w:rPr>
          <w:b/>
          <w:sz w:val="22"/>
        </w:rPr>
        <w:t>IV - DOS PEDIDOS</w:t>
      </w:r>
    </w:p>
    <w:p/>
    <w:p>
      <w:r>
        <w:rPr>
          <w:b w:val="0"/>
          <w:sz w:val="22"/>
        </w:rPr>
        <w:t>Diante do exposto, requerem:</w:t>
      </w:r>
    </w:p>
    <w:p/>
    <w:p>
      <w:r>
        <w:rPr>
          <w:b w:val="0"/>
          <w:sz w:val="22"/>
        </w:rPr>
        <w:t>1. A homologação do presente acordo de divórcio consensual;</w:t>
      </w:r>
    </w:p>
    <w:p>
      <w:r>
        <w:rPr>
          <w:b w:val="0"/>
          <w:sz w:val="22"/>
        </w:rPr>
        <w:t>2. A decretação do divórcio de forma definitiva e irretratável;</w:t>
      </w:r>
    </w:p>
    <w:p>
      <w:r>
        <w:rPr>
          <w:b w:val="0"/>
          <w:sz w:val="22"/>
        </w:rPr>
        <w:t>3. A homologação do regime de guarda, visitas e pensão alimentícia conforme ajustado;</w:t>
      </w:r>
    </w:p>
    <w:p>
      <w:r>
        <w:rPr>
          <w:b w:val="0"/>
          <w:sz w:val="22"/>
        </w:rPr>
        <w:t>4. A homologação da partilha de bens nos termos do acordo firmado;</w:t>
      </w:r>
    </w:p>
    <w:p>
      <w:r>
        <w:rPr>
          <w:b w:val="0"/>
          <w:sz w:val="22"/>
        </w:rPr>
        <w:t>5. A expedição das cartas necessárias para a averbação do divórcio na certidão de casamento;</w:t>
      </w:r>
    </w:p>
    <w:p>
      <w:r>
        <w:rPr>
          <w:b w:val="0"/>
          <w:sz w:val="22"/>
        </w:rPr>
        <w:t>6. A isenção das custas processuais e honorários advocatícios, caso seja o entendimento de Vossa Excelência.</w:t>
      </w:r>
    </w:p>
    <w:p/>
    <w:p>
      <w:r>
        <w:rPr>
          <w:b/>
          <w:sz w:val="22"/>
        </w:rPr>
        <w:t>V - DAS PROVAS</w:t>
      </w:r>
    </w:p>
    <w:p/>
    <w:p>
      <w:pPr>
        <w:jc w:val="both"/>
      </w:pPr>
      <w:r>
        <w:rPr>
          <w:b w:val="0"/>
          <w:sz w:val="22"/>
        </w:rPr>
        <w:t>Protestam provar o alegado por todos os meios de prova em direito admitidos, especialmente pela juntada dos documentos anexos.</w:t>
      </w:r>
    </w:p>
    <w:p/>
    <w:p>
      <w:pPr>
        <w:jc w:val="center"/>
      </w:pPr>
      <w:r>
        <w:rPr>
          <w:b w:val="0"/>
          <w:sz w:val="22"/>
        </w:rPr>
        <w:t>Nestes termos,</w:t>
      </w:r>
    </w:p>
    <w:p>
      <w:pPr>
        <w:jc w:val="center"/>
      </w:pPr>
      <w:r>
        <w:rPr>
          <w:b w:val="0"/>
          <w:sz w:val="22"/>
        </w:rPr>
        <w:t>Pede deferimento.</w:t>
      </w:r>
    </w:p>
    <w:p/>
    <w:p/>
    <w:p/>
    <w:p>
      <w:r>
        <w:rPr>
          <w:b w:val="0"/>
          <w:sz w:val="22"/>
        </w:rPr>
        <w:t>Local e data: ____________________, ___ de ____________________ de ________.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Nome do(a) Requerente 1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Nome do(a) Requerente 2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https://adv-documentos.com/acao-de-divorcio-consensual/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acao-de-divorcio-consensual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