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AÇÃO DE INDENIZAÇÃO CONTRA HURB</w:t>
      </w:r>
    </w:p>
    <w:p/>
    <w:p/>
    <w:p>
      <w:pPr>
        <w:jc w:val="center"/>
      </w:pPr>
      <w:r>
        <w:rPr>
          <w:b w:val="0"/>
          <w:sz w:val="20"/>
        </w:rPr>
        <w:t>EXCELENTÍSSIMO(A) SENHOR(A) DOUTOR(A) JUIZ(A) DE DIREITO DO FORO CENTRAL DA COMARCA DA CAPITAL DO ESTADO DE SÃO PAULO</w:t>
      </w:r>
    </w:p>
    <w:p/>
    <w:p/>
    <w:p>
      <w:r>
        <w:rPr>
          <w:b/>
          <w:sz w:val="22"/>
        </w:rPr>
        <w:t>AUTOR:</w:t>
      </w:r>
    </w:p>
    <w:p>
      <w:r>
        <w:rPr>
          <w:b w:val="0"/>
          <w:sz w:val="20"/>
        </w:rPr>
        <w:t>Nome: 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</w:t>
      </w:r>
    </w:p>
    <w:p>
      <w:r>
        <w:rPr>
          <w:b w:val="0"/>
          <w:sz w:val="20"/>
        </w:rPr>
        <w:t>Estado Civil: ______________________________________________________</w:t>
      </w:r>
    </w:p>
    <w:p>
      <w:r>
        <w:rPr>
          <w:b w:val="0"/>
          <w:sz w:val="20"/>
        </w:rPr>
        <w:t>Profissão: ________________________________________________________</w:t>
      </w:r>
    </w:p>
    <w:p>
      <w:r>
        <w:rPr>
          <w:b w:val="0"/>
          <w:sz w:val="20"/>
        </w:rPr>
        <w:t>CPF: 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</w:t>
      </w:r>
    </w:p>
    <w:p>
      <w:r>
        <w:rPr>
          <w:b w:val="0"/>
          <w:sz w:val="20"/>
        </w:rPr>
        <w:t>Endereço: _________________________________________________________</w:t>
      </w:r>
    </w:p>
    <w:p>
      <w:r>
        <w:rPr>
          <w:b w:val="0"/>
          <w:sz w:val="20"/>
        </w:rPr>
        <w:t>CEP: ______________________ Bairro: _______________________________</w:t>
      </w:r>
    </w:p>
    <w:p>
      <w:r>
        <w:rPr>
          <w:b w:val="0"/>
          <w:sz w:val="20"/>
        </w:rPr>
        <w:t>Cidade: ____________________ UF: __________ Telefone: _____________</w:t>
      </w:r>
    </w:p>
    <w:p>
      <w:r>
        <w:rPr>
          <w:b w:val="0"/>
          <w:sz w:val="20"/>
        </w:rPr>
        <w:t>E-mail: ___________________________________________________________</w:t>
      </w:r>
    </w:p>
    <w:p/>
    <w:p>
      <w:r>
        <w:rPr>
          <w:b/>
          <w:sz w:val="22"/>
        </w:rPr>
        <w:t>RÉU:</w:t>
      </w:r>
    </w:p>
    <w:p>
      <w:r>
        <w:rPr>
          <w:b w:val="0"/>
          <w:sz w:val="20"/>
        </w:rPr>
        <w:t>Hurb - Hotel Urbano LTDA.</w:t>
      </w:r>
    </w:p>
    <w:p>
      <w:r>
        <w:rPr>
          <w:b w:val="0"/>
          <w:sz w:val="20"/>
        </w:rPr>
        <w:t>CNPJ: 09.715.410/0001-35</w:t>
      </w:r>
    </w:p>
    <w:p>
      <w:r>
        <w:rPr>
          <w:b w:val="0"/>
          <w:sz w:val="20"/>
        </w:rPr>
        <w:t>Endereço: Avenida das Nações Unidas, 12.901 - 22º andar, Torre Sul, São Paulo - SP, CEP 04578-000</w:t>
      </w:r>
    </w:p>
    <w:p/>
    <w:p/>
    <w:p>
      <w:pPr>
        <w:jc w:val="center"/>
      </w:pPr>
      <w:r>
        <w:rPr>
          <w:b/>
          <w:sz w:val="20"/>
        </w:rPr>
        <w:t>AÇÃO DE INDENIZAÇÃO POR DANOS MATERIAIS E MORAIS</w:t>
      </w:r>
    </w:p>
    <w:p/>
    <w:p/>
    <w:p>
      <w:r>
        <w:rPr>
          <w:b/>
          <w:sz w:val="22"/>
        </w:rPr>
        <w:t>I - DOS FATOS</w:t>
      </w:r>
    </w:p>
    <w:p>
      <w:pPr>
        <w:ind w:left="567"/>
      </w:pPr>
      <w:r>
        <w:rPr>
          <w:b w:val="0"/>
          <w:sz w:val="20"/>
        </w:rPr>
        <w:t>O Autor realizou a compra de serviço de hospedagem por meio da plataforma do Réu, Hurb - Hotel Urbano LTDA., conforme comprovante anexo.</w:t>
      </w:r>
    </w:p>
    <w:p/>
    <w:p>
      <w:pPr>
        <w:ind w:left="567"/>
      </w:pPr>
      <w:r>
        <w:rPr>
          <w:b w:val="0"/>
          <w:sz w:val="20"/>
        </w:rPr>
        <w:t>Porém, o serviço contratado não foi prestado conforme anunciado, gerando prejuízos reais ao Autor, que teve sua viagem comprometida.</w:t>
      </w:r>
    </w:p>
    <w:p/>
    <w:p>
      <w:pPr>
        <w:ind w:left="567"/>
      </w:pPr>
      <w:r>
        <w:rPr>
          <w:b w:val="0"/>
          <w:sz w:val="20"/>
        </w:rPr>
        <w:t>O Réu não efetuou o reembolso ou ofereceu solução adequada, mesmo após diversas tentativas de contato e reclamações registradas.</w:t>
      </w:r>
    </w:p>
    <w:p/>
    <w:p>
      <w:pPr>
        <w:ind w:left="567"/>
      </w:pPr>
      <w:r>
        <w:rPr>
          <w:b w:val="0"/>
          <w:sz w:val="20"/>
        </w:rPr>
        <w:t>Tal conduta configura falha na prestação do serviço, abusando da confiança do consumidor e violando direitos básicos previstos no Código de Defesa do Consumidor.</w:t>
      </w:r>
    </w:p>
    <w:p/>
    <w:p>
      <w:r>
        <w:rPr>
          <w:b/>
          <w:sz w:val="22"/>
        </w:rPr>
        <w:t>II - DOS FUNDAMENTOS JURÍDICOS</w:t>
      </w:r>
    </w:p>
    <w:p>
      <w:pPr>
        <w:ind w:left="567"/>
      </w:pPr>
      <w:r>
        <w:rPr>
          <w:b w:val="0"/>
          <w:sz w:val="20"/>
        </w:rPr>
        <w:t>O presente pedido fundamenta-se no Código de Defesa do Consumidor (Lei nº 8.078/90), especialmente em seus artigos 6º, 14 e 20, que garantem a proteção contra práticas abusivas e a responsabilidade pelo fornecimento de serviços defeituosos.</w:t>
      </w:r>
    </w:p>
    <w:p/>
    <w:p>
      <w:pPr>
        <w:ind w:left="567"/>
      </w:pPr>
      <w:r>
        <w:rPr>
          <w:b w:val="0"/>
          <w:sz w:val="20"/>
        </w:rPr>
        <w:t>Também se aplica o artigo 186 do Código Civil, que trata do ato ilícito, e o artigo 927, referente à obrigação de indenizar.</w:t>
      </w:r>
    </w:p>
    <w:p/>
    <w:p>
      <w:pPr>
        <w:ind w:left="567"/>
      </w:pPr>
      <w:r>
        <w:rPr>
          <w:b w:val="0"/>
          <w:sz w:val="20"/>
        </w:rPr>
        <w:t>O direito à reparação por danos materiais e morais decorrentes da falha na prestação do serviço está amplamente respaldado pela jurisprudência dos tribunais brasileiros.</w:t>
      </w:r>
    </w:p>
    <w:p/>
    <w:p>
      <w:r>
        <w:rPr>
          <w:b/>
          <w:sz w:val="22"/>
        </w:rPr>
        <w:t>III - DOS DANOS</w:t>
      </w:r>
    </w:p>
    <w:p>
      <w:pPr>
        <w:ind w:left="567"/>
      </w:pPr>
      <w:r>
        <w:rPr>
          <w:b w:val="0"/>
          <w:sz w:val="20"/>
        </w:rPr>
        <w:t>Danos Materiais: O Autor sofreu prejuízos financeiros decorrentes da não prestação do serviço contratado, conforme comprovantes anexos.</w:t>
      </w:r>
    </w:p>
    <w:p/>
    <w:p>
      <w:pPr>
        <w:ind w:left="567"/>
      </w:pPr>
      <w:r>
        <w:rPr>
          <w:b w:val="0"/>
          <w:sz w:val="20"/>
        </w:rPr>
        <w:t>Danos Morais: A frustração e o transtorno causados pela conduta do Réu afetaram a esfera íntima do Autor, configurando dano moral passível de reparação.</w:t>
      </w:r>
    </w:p>
    <w:p/>
    <w:p>
      <w:r>
        <w:rPr>
          <w:b/>
          <w:sz w:val="22"/>
        </w:rPr>
        <w:t>IV - DOS PEDIDOS</w:t>
      </w:r>
    </w:p>
    <w:p>
      <w:r>
        <w:rPr>
          <w:b/>
          <w:sz w:val="20"/>
        </w:rPr>
        <w:t>Diante do exposto, requer-se:</w:t>
      </w:r>
    </w:p>
    <w:p/>
    <w:p>
      <w:pPr>
        <w:ind w:left="567"/>
      </w:pPr>
      <w:r>
        <w:rPr>
          <w:b w:val="0"/>
          <w:sz w:val="20"/>
        </w:rPr>
        <w:t>1. A citação do Réu para que, querendo, apresente contestação no prazo legal;</w:t>
      </w:r>
    </w:p>
    <w:p/>
    <w:p>
      <w:pPr>
        <w:ind w:left="567"/>
      </w:pPr>
      <w:r>
        <w:rPr>
          <w:b w:val="0"/>
          <w:sz w:val="20"/>
        </w:rPr>
        <w:t>2. A condenação do Réu ao pagamento de indenização por danos materiais no valor de R$ _______________________;</w:t>
      </w:r>
    </w:p>
    <w:p/>
    <w:p>
      <w:pPr>
        <w:ind w:left="567"/>
      </w:pPr>
      <w:r>
        <w:rPr>
          <w:b w:val="0"/>
          <w:sz w:val="20"/>
        </w:rPr>
        <w:t>3. A condenação do Réu ao pagamento de indenização por danos morais, em valor a ser arbitrado por Vossa Excelência;</w:t>
      </w:r>
    </w:p>
    <w:p/>
    <w:p>
      <w:pPr>
        <w:ind w:left="567"/>
      </w:pPr>
      <w:r>
        <w:rPr>
          <w:b w:val="0"/>
          <w:sz w:val="20"/>
        </w:rPr>
        <w:t>4. A condenação do Réu ao pagamento das custas processuais e honorários advocatícios;</w:t>
      </w:r>
    </w:p>
    <w:p/>
    <w:p>
      <w:pPr>
        <w:ind w:left="567"/>
      </w:pPr>
      <w:r>
        <w:rPr>
          <w:b w:val="0"/>
          <w:sz w:val="20"/>
        </w:rPr>
        <w:t>5. A produção de todas as provas admitidas em direito, especialmente documental, pericial e testemunhal;</w:t>
      </w:r>
    </w:p>
    <w:p/>
    <w:p>
      <w:pPr>
        <w:ind w:left="567"/>
      </w:pPr>
      <w:r>
        <w:rPr>
          <w:b w:val="0"/>
          <w:sz w:val="20"/>
        </w:rPr>
        <w:t>6. A concessão dos benefícios da justiça gratuita, caso o Autor declare-se economicamente hipossuficiente.</w:t>
      </w:r>
    </w:p>
    <w:p/>
    <w:p>
      <w:r>
        <w:rPr>
          <w:b/>
          <w:sz w:val="22"/>
        </w:rPr>
        <w:t>V - DO VALOR DA CAUSA</w:t>
      </w:r>
    </w:p>
    <w:p>
      <w:pPr>
        <w:ind w:left="567"/>
      </w:pPr>
      <w:r>
        <w:rPr>
          <w:b w:val="0"/>
          <w:sz w:val="20"/>
        </w:rPr>
        <w:t>Dá-se à causa o valor de R$ __________________________ (valor dos danos materiais + estimativa dos danos morais).</w:t>
      </w:r>
    </w:p>
    <w:p/>
    <w:p/>
    <w:p/>
    <w:p>
      <w:r>
        <w:rPr>
          <w:b w:val="0"/>
          <w:sz w:val="20"/>
        </w:rPr>
        <w:t>São Paulo, ____________________________</w:t>
      </w:r>
    </w:p>
    <w:p/>
    <w:p/>
    <w:p/>
    <w:p>
      <w:pPr>
        <w:jc w:val="center"/>
      </w:pPr>
      <w:r>
        <w:rPr>
          <w:b w:val="0"/>
          <w:sz w:val="20"/>
        </w:rPr>
        <w:t>________________________________________</w:t>
      </w:r>
    </w:p>
    <w:p>
      <w:pPr>
        <w:jc w:val="center"/>
      </w:pPr>
      <w:r>
        <w:rPr>
          <w:b w:val="0"/>
          <w:sz w:val="20"/>
        </w:rPr>
        <w:t>Nome do Autor</w:t>
      </w:r>
    </w:p>
    <w:p>
      <w:pPr>
        <w:jc w:val="center"/>
      </w:pPr>
      <w:r>
        <w:rPr>
          <w:b w:val="0"/>
          <w:sz w:val="20"/>
        </w:rPr>
        <w:t>CPF: ________________________________</w:t>
      </w:r>
    </w:p>
    <w:p/>
    <w:p/>
    <w:p>
      <w:pPr>
        <w:jc w:val="center"/>
      </w:pPr>
      <w:r>
        <w:rPr>
          <w:b w:val="0"/>
          <w:sz w:val="20"/>
        </w:rPr>
        <w:t>________________________________________</w:t>
      </w:r>
    </w:p>
    <w:p>
      <w:pPr>
        <w:jc w:val="center"/>
      </w:pPr>
      <w:r>
        <w:rPr>
          <w:b w:val="0"/>
          <w:sz w:val="20"/>
        </w:rPr>
        <w:t>Advogado(a)</w:t>
      </w:r>
    </w:p>
    <w:p>
      <w:pPr>
        <w:jc w:val="center"/>
      </w:pPr>
      <w:r>
        <w:rPr>
          <w:b w:val="0"/>
          <w:sz w:val="20"/>
        </w:rPr>
        <w:t>OAB/UF nº 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https://adv-documentos.com/acao-contra-hurb/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https://adv-documentos.com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adv-documentos.com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documentos.com/acao-contra-hurb/" TargetMode="External"/><Relationship Id="rId10" Type="http://schemas.openxmlformats.org/officeDocument/2006/relationships/hyperlink" Target="https://adv-document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